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813" w:rsidRDefault="00D73813" w:rsidP="00D73813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16"/>
          <w:szCs w:val="16"/>
          <w:lang w:val="ro-RO"/>
        </w:rPr>
      </w:pP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 xml:space="preserve">FOND: 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>Fondul Social European+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Program: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Program Educație și Ocupare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Prioritate: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Obiectiv specific: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Apel de proiecte: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Titlu proiect: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</w:t>
      </w: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Cod SMIS: </w:t>
      </w: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</w:rPr>
        <w:t>316928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bookmarkStart w:id="0" w:name="_Hlk197347502"/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>Contract de finanţare nr.  G2024-79867/14.11.2024</w:t>
      </w:r>
    </w:p>
    <w:bookmarkEnd w:id="0"/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</w:p>
    <w:tbl>
      <w:tblPr>
        <w:tblStyle w:val="Tabelgril1"/>
        <w:tblW w:w="5000" w:type="pct"/>
        <w:tblLook w:val="04A0" w:firstRow="1" w:lastRow="0" w:firstColumn="1" w:lastColumn="0" w:noHBand="0" w:noVBand="1"/>
      </w:tblPr>
      <w:tblGrid>
        <w:gridCol w:w="4859"/>
        <w:gridCol w:w="3771"/>
      </w:tblGrid>
      <w:tr w:rsidR="00D73813" w:rsidRPr="00D73813" w:rsidTr="00D01739">
        <w:tc>
          <w:tcPr>
            <w:tcW w:w="2815" w:type="pct"/>
          </w:tcPr>
          <w:p w:rsidR="00D73813" w:rsidRPr="00D73813" w:rsidRDefault="00D73813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5" w:type="pct"/>
          </w:tcPr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Aprobat,</w:t>
            </w:r>
          </w:p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Manager proiect,</w:t>
            </w:r>
          </w:p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Nicolae Livia-Marinela</w:t>
            </w:r>
          </w:p>
          <w:p w:rsidR="00D73813" w:rsidRPr="00D73813" w:rsidRDefault="00D73813" w:rsidP="00D73813">
            <w:pPr>
              <w:ind w:left="1476" w:hanging="14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3813" w:rsidRPr="00D73813" w:rsidTr="00D01739">
        <w:tc>
          <w:tcPr>
            <w:tcW w:w="2815" w:type="pct"/>
          </w:tcPr>
          <w:p w:rsidR="00D73813" w:rsidRPr="00D73813" w:rsidRDefault="00D73813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eastAsia="Times New Roman" w:hAnsi="Times New Roman" w:cs="Times New Roman"/>
                <w:sz w:val="16"/>
                <w:szCs w:val="16"/>
              </w:rPr>
              <w:t>Întocmit,</w:t>
            </w:r>
          </w:p>
          <w:p w:rsidR="00D73813" w:rsidRPr="00D73813" w:rsidRDefault="00D73813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eastAsia="Times New Roman" w:hAnsi="Times New Roman" w:cs="Times New Roman"/>
                <w:sz w:val="16"/>
                <w:szCs w:val="16"/>
              </w:rPr>
              <w:t>Tutore practică,</w:t>
            </w:r>
          </w:p>
          <w:p w:rsidR="00D73813" w:rsidRPr="00D73813" w:rsidRDefault="00AC5EC9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Grigorean Elisabeta</w:t>
            </w:r>
          </w:p>
        </w:tc>
        <w:tc>
          <w:tcPr>
            <w:tcW w:w="2185" w:type="pct"/>
          </w:tcPr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Avizat,</w:t>
            </w:r>
          </w:p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Coordonator profesori,</w:t>
            </w:r>
          </w:p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Pavel Anca</w:t>
            </w:r>
          </w:p>
          <w:p w:rsidR="00D73813" w:rsidRPr="00D73813" w:rsidRDefault="00D73813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A9076C" w:rsidRDefault="007F22CF" w:rsidP="00D73813">
      <w:pPr>
        <w:pStyle w:val="Heading1"/>
        <w:spacing w:line="240" w:lineRule="auto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Suport</w:t>
      </w:r>
      <w:proofErr w:type="spellEnd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de curs</w:t>
      </w:r>
    </w:p>
    <w:p w:rsidR="007F22CF" w:rsidRDefault="00AC5EC9" w:rsidP="007F22CF">
      <w:pPr>
        <w:jc w:val="center"/>
      </w:pPr>
      <w:r>
        <w:t>Octombrie</w:t>
      </w:r>
      <w:bookmarkStart w:id="1" w:name="_GoBack"/>
      <w:bookmarkEnd w:id="1"/>
      <w:r w:rsidR="007F22CF">
        <w:t xml:space="preserve"> 2025</w:t>
      </w:r>
    </w:p>
    <w:p w:rsidR="00F37B11" w:rsidRPr="007F22CF" w:rsidRDefault="00F37B11" w:rsidP="007F22CF">
      <w:pPr>
        <w:jc w:val="center"/>
      </w:pPr>
    </w:p>
    <w:p w:rsidR="00F92B72" w:rsidRPr="00D73813" w:rsidRDefault="00422B42" w:rsidP="00D73813">
      <w:pPr>
        <w:pStyle w:val="Heading2"/>
        <w:rPr>
          <w:rFonts w:ascii="Times New Roman" w:hAnsi="Times New Roman" w:cs="Times New Roman"/>
          <w:b w:val="0"/>
          <w:sz w:val="22"/>
          <w:szCs w:val="22"/>
        </w:rPr>
      </w:pPr>
      <w:r w:rsidRPr="00D73813">
        <w:rPr>
          <w:rFonts w:ascii="Segoe UI Symbol" w:hAnsi="Segoe UI Symbol" w:cs="Segoe UI Symbol"/>
          <w:b w:val="0"/>
          <w:sz w:val="20"/>
          <w:szCs w:val="20"/>
        </w:rPr>
        <w:t>🔹</w:t>
      </w:r>
      <w:r w:rsidRPr="00D73813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Pr="00D73813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Materii prime utilizate în panificație</w:t>
      </w:r>
    </w:p>
    <w:p w:rsidR="00F92B72" w:rsidRPr="00D73813" w:rsidRDefault="00422B42" w:rsidP="00D73813">
      <w:pPr>
        <w:ind w:firstLine="567"/>
        <w:rPr>
          <w:rFonts w:ascii="Times New Roman" w:hAnsi="Times New Roman" w:cs="Times New Roman"/>
        </w:rPr>
      </w:pPr>
      <w:r w:rsidRPr="00D73813">
        <w:rPr>
          <w:rFonts w:ascii="Times New Roman" w:hAnsi="Times New Roman" w:cs="Times New Roman"/>
        </w:rPr>
        <w:t>Materiile prime sunt ingrediente de bază, indispensabile în procesul tehnologic de obținere a produselor de panificație.</w:t>
      </w:r>
    </w:p>
    <w:p w:rsidR="00F92B72" w:rsidRPr="00D73813" w:rsidRDefault="00422B42" w:rsidP="00D73813">
      <w:pPr>
        <w:pStyle w:val="ListBullet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D73813">
        <w:rPr>
          <w:rFonts w:ascii="Times New Roman" w:hAnsi="Times New Roman" w:cs="Times New Roman"/>
        </w:rPr>
        <w:t>Exemple de materii prime:</w:t>
      </w:r>
    </w:p>
    <w:p w:rsidR="00F92B72" w:rsidRPr="00D73813" w:rsidRDefault="00422B42" w:rsidP="00D73813">
      <w:pPr>
        <w:pStyle w:val="ListBullet"/>
        <w:numPr>
          <w:ilvl w:val="0"/>
          <w:numId w:val="10"/>
        </w:numPr>
        <w:rPr>
          <w:rFonts w:ascii="Times New Roman" w:hAnsi="Times New Roman" w:cs="Times New Roman"/>
        </w:rPr>
      </w:pPr>
      <w:r w:rsidRPr="00D73813">
        <w:rPr>
          <w:rFonts w:ascii="Times New Roman" w:hAnsi="Times New Roman" w:cs="Times New Roman"/>
        </w:rPr>
        <w:t>Făina – ingredientul principal, obținut prin măcinarea cerealelor (de obicei grâu).</w:t>
      </w:r>
    </w:p>
    <w:p w:rsidR="00F92B72" w:rsidRPr="00D73813" w:rsidRDefault="00422B42" w:rsidP="00D73813">
      <w:pPr>
        <w:pStyle w:val="ListBullet"/>
        <w:numPr>
          <w:ilvl w:val="0"/>
          <w:numId w:val="10"/>
        </w:numPr>
        <w:rPr>
          <w:rFonts w:ascii="Times New Roman" w:hAnsi="Times New Roman" w:cs="Times New Roman"/>
        </w:rPr>
      </w:pPr>
      <w:r w:rsidRPr="00D73813">
        <w:rPr>
          <w:rFonts w:ascii="Times New Roman" w:hAnsi="Times New Roman" w:cs="Times New Roman"/>
        </w:rPr>
        <w:t>Drojdie de panificație – microorganism viu (</w:t>
      </w:r>
      <w:r w:rsidRPr="00D73813">
        <w:rPr>
          <w:rFonts w:ascii="Times New Roman" w:hAnsi="Times New Roman" w:cs="Times New Roman"/>
          <w:i/>
        </w:rPr>
        <w:t>Saccharomyces cerevisiae</w:t>
      </w:r>
      <w:r w:rsidRPr="00D73813">
        <w:rPr>
          <w:rFonts w:ascii="Times New Roman" w:hAnsi="Times New Roman" w:cs="Times New Roman"/>
        </w:rPr>
        <w:t>) utilizat pentru fermentarea aluatului.</w:t>
      </w:r>
    </w:p>
    <w:p w:rsidR="00F92B72" w:rsidRPr="00D73813" w:rsidRDefault="00422B42" w:rsidP="00D73813">
      <w:pPr>
        <w:pStyle w:val="ListBullet"/>
        <w:numPr>
          <w:ilvl w:val="0"/>
          <w:numId w:val="10"/>
        </w:numPr>
        <w:rPr>
          <w:rFonts w:ascii="Times New Roman" w:hAnsi="Times New Roman" w:cs="Times New Roman"/>
        </w:rPr>
      </w:pPr>
      <w:r w:rsidRPr="00D73813">
        <w:rPr>
          <w:rFonts w:ascii="Times New Roman" w:hAnsi="Times New Roman" w:cs="Times New Roman"/>
        </w:rPr>
        <w:t>Sare comestibilă – intensifică gustul, reglează fermentația și întărește structura glutenului.</w:t>
      </w:r>
    </w:p>
    <w:p w:rsidR="00F92B72" w:rsidRPr="00D73813" w:rsidRDefault="00422B42" w:rsidP="00D73813">
      <w:pPr>
        <w:pStyle w:val="ListBullet"/>
        <w:numPr>
          <w:ilvl w:val="0"/>
          <w:numId w:val="10"/>
        </w:numPr>
        <w:rPr>
          <w:rFonts w:ascii="Times New Roman" w:hAnsi="Times New Roman" w:cs="Times New Roman"/>
        </w:rPr>
      </w:pPr>
      <w:r w:rsidRPr="00D73813">
        <w:rPr>
          <w:rFonts w:ascii="Times New Roman" w:hAnsi="Times New Roman" w:cs="Times New Roman"/>
        </w:rPr>
        <w:t>Apă tehnologică – asigură hidratarea ingredientelor și activarea drojdiei.</w:t>
      </w:r>
    </w:p>
    <w:p w:rsidR="00F92B72" w:rsidRPr="00D73813" w:rsidRDefault="00422B42" w:rsidP="00D73813">
      <w:pPr>
        <w:pStyle w:val="Heading2"/>
        <w:rPr>
          <w:rFonts w:ascii="Times New Roman" w:hAnsi="Times New Roman" w:cs="Times New Roman"/>
          <w:b w:val="0"/>
          <w:sz w:val="22"/>
          <w:szCs w:val="22"/>
        </w:rPr>
      </w:pPr>
      <w:r w:rsidRPr="00D73813">
        <w:rPr>
          <w:rFonts w:ascii="Segoe UI Symbol" w:hAnsi="Segoe UI Symbol" w:cs="Segoe UI Symbol"/>
          <w:b w:val="0"/>
          <w:sz w:val="22"/>
          <w:szCs w:val="22"/>
        </w:rPr>
        <w:t>🔸</w:t>
      </w:r>
      <w:r w:rsidRPr="00D7381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D73813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Materii auxiliare utilizate în panificație</w:t>
      </w:r>
    </w:p>
    <w:p w:rsidR="00F92B72" w:rsidRPr="00D73813" w:rsidRDefault="00422B42" w:rsidP="00D73813">
      <w:pPr>
        <w:ind w:firstLine="567"/>
        <w:rPr>
          <w:rFonts w:ascii="Times New Roman" w:hAnsi="Times New Roman" w:cs="Times New Roman"/>
        </w:rPr>
      </w:pPr>
      <w:r w:rsidRPr="00D73813">
        <w:rPr>
          <w:rFonts w:ascii="Times New Roman" w:hAnsi="Times New Roman" w:cs="Times New Roman"/>
        </w:rPr>
        <w:t>Acestea sunt ingrediente care contribuie la îmbunătățirea gustului, aspectului și valorii nutriționale ale produselor:</w:t>
      </w:r>
    </w:p>
    <w:p w:rsidR="00F92B72" w:rsidRPr="00D73813" w:rsidRDefault="00422B42" w:rsidP="00D73813">
      <w:pPr>
        <w:pStyle w:val="ListBullet"/>
        <w:numPr>
          <w:ilvl w:val="0"/>
          <w:numId w:val="11"/>
        </w:numPr>
        <w:rPr>
          <w:rFonts w:ascii="Times New Roman" w:hAnsi="Times New Roman" w:cs="Times New Roman"/>
        </w:rPr>
      </w:pPr>
      <w:r w:rsidRPr="00D73813">
        <w:rPr>
          <w:rFonts w:ascii="Times New Roman" w:hAnsi="Times New Roman" w:cs="Times New Roman"/>
        </w:rPr>
        <w:t>Substanțe dulci – zahăr, miere, sirop de glucoză.</w:t>
      </w:r>
    </w:p>
    <w:p w:rsidR="00F92B72" w:rsidRPr="00D73813" w:rsidRDefault="00422B42" w:rsidP="00D73813">
      <w:pPr>
        <w:pStyle w:val="ListBullet"/>
        <w:numPr>
          <w:ilvl w:val="0"/>
          <w:numId w:val="11"/>
        </w:numPr>
        <w:rPr>
          <w:rFonts w:ascii="Times New Roman" w:hAnsi="Times New Roman" w:cs="Times New Roman"/>
        </w:rPr>
      </w:pPr>
      <w:r w:rsidRPr="00D73813">
        <w:rPr>
          <w:rFonts w:ascii="Times New Roman" w:hAnsi="Times New Roman" w:cs="Times New Roman"/>
        </w:rPr>
        <w:t>Grăsimi alimentare – unt, margarină, uleiuri vegetale.</w:t>
      </w:r>
    </w:p>
    <w:p w:rsidR="00F92B72" w:rsidRPr="00D73813" w:rsidRDefault="00422B42" w:rsidP="00D73813">
      <w:pPr>
        <w:pStyle w:val="ListBullet"/>
        <w:numPr>
          <w:ilvl w:val="0"/>
          <w:numId w:val="11"/>
        </w:numPr>
        <w:rPr>
          <w:rFonts w:ascii="Times New Roman" w:hAnsi="Times New Roman" w:cs="Times New Roman"/>
        </w:rPr>
      </w:pPr>
      <w:r w:rsidRPr="00D73813">
        <w:rPr>
          <w:rFonts w:ascii="Times New Roman" w:hAnsi="Times New Roman" w:cs="Times New Roman"/>
        </w:rPr>
        <w:t>Lapte și derivate – lapte praf, zer, smântână – adaugă gust și cremozitate.</w:t>
      </w:r>
    </w:p>
    <w:p w:rsidR="00F92B72" w:rsidRPr="00D73813" w:rsidRDefault="00422B42" w:rsidP="00D73813">
      <w:pPr>
        <w:pStyle w:val="ListBullet"/>
        <w:numPr>
          <w:ilvl w:val="0"/>
          <w:numId w:val="11"/>
        </w:numPr>
        <w:rPr>
          <w:rFonts w:ascii="Times New Roman" w:hAnsi="Times New Roman" w:cs="Times New Roman"/>
        </w:rPr>
      </w:pPr>
      <w:r w:rsidRPr="00D73813">
        <w:rPr>
          <w:rFonts w:ascii="Times New Roman" w:hAnsi="Times New Roman" w:cs="Times New Roman"/>
        </w:rPr>
        <w:t>Ouă – îmbunătățesc textura, culoarea și valoarea nutritivă.</w:t>
      </w:r>
    </w:p>
    <w:p w:rsidR="00F92B72" w:rsidRPr="00D73813" w:rsidRDefault="00422B42" w:rsidP="00D73813">
      <w:pPr>
        <w:pStyle w:val="ListBullet"/>
        <w:numPr>
          <w:ilvl w:val="0"/>
          <w:numId w:val="11"/>
        </w:numPr>
        <w:rPr>
          <w:rFonts w:ascii="Times New Roman" w:hAnsi="Times New Roman" w:cs="Times New Roman"/>
        </w:rPr>
      </w:pPr>
      <w:r w:rsidRPr="00D73813">
        <w:rPr>
          <w:rFonts w:ascii="Times New Roman" w:hAnsi="Times New Roman" w:cs="Times New Roman"/>
        </w:rPr>
        <w:t>Legume și fructe – utilizate pentru umpluturi sau sortimente speciale (ex. pâine cu măsline).</w:t>
      </w:r>
    </w:p>
    <w:p w:rsidR="00F92B72" w:rsidRPr="00D73813" w:rsidRDefault="00422B42" w:rsidP="00D73813">
      <w:pPr>
        <w:pStyle w:val="ListBullet"/>
        <w:numPr>
          <w:ilvl w:val="0"/>
          <w:numId w:val="11"/>
        </w:numPr>
        <w:rPr>
          <w:rFonts w:ascii="Times New Roman" w:hAnsi="Times New Roman" w:cs="Times New Roman"/>
        </w:rPr>
      </w:pPr>
      <w:r w:rsidRPr="00D73813">
        <w:rPr>
          <w:rFonts w:ascii="Times New Roman" w:hAnsi="Times New Roman" w:cs="Times New Roman"/>
        </w:rPr>
        <w:t>Condimente – chimen, scorțișoară, anason, susan – pentru aromatizare.</w:t>
      </w:r>
    </w:p>
    <w:p w:rsidR="00F92B72" w:rsidRPr="00D73813" w:rsidRDefault="00422B42" w:rsidP="00D73813">
      <w:pPr>
        <w:pStyle w:val="ListBullet"/>
        <w:numPr>
          <w:ilvl w:val="0"/>
          <w:numId w:val="11"/>
        </w:numPr>
        <w:rPr>
          <w:rFonts w:ascii="Times New Roman" w:hAnsi="Times New Roman" w:cs="Times New Roman"/>
        </w:rPr>
      </w:pPr>
      <w:r w:rsidRPr="00D73813">
        <w:rPr>
          <w:rFonts w:ascii="Times New Roman" w:hAnsi="Times New Roman" w:cs="Times New Roman"/>
        </w:rPr>
        <w:t>Preparate enzimatice – accelerează procesele biochimice și îmbunătățesc calitatea aluatului.</w:t>
      </w:r>
    </w:p>
    <w:p w:rsidR="00F92B72" w:rsidRPr="00D73813" w:rsidRDefault="00422B42" w:rsidP="00D73813">
      <w:pPr>
        <w:pStyle w:val="ListBullet"/>
        <w:numPr>
          <w:ilvl w:val="0"/>
          <w:numId w:val="11"/>
        </w:numPr>
        <w:rPr>
          <w:rFonts w:ascii="Times New Roman" w:hAnsi="Times New Roman" w:cs="Times New Roman"/>
        </w:rPr>
      </w:pPr>
      <w:r w:rsidRPr="00D73813">
        <w:rPr>
          <w:rFonts w:ascii="Times New Roman" w:hAnsi="Times New Roman" w:cs="Times New Roman"/>
        </w:rPr>
        <w:t>Arome și esențe – vanilie, rom, lămâie – pentru gust plăcut.</w:t>
      </w:r>
    </w:p>
    <w:p w:rsidR="00F92B72" w:rsidRPr="00D73813" w:rsidRDefault="00422B42" w:rsidP="00D73813">
      <w:pPr>
        <w:pStyle w:val="ListBullet"/>
        <w:numPr>
          <w:ilvl w:val="0"/>
          <w:numId w:val="11"/>
        </w:numPr>
        <w:rPr>
          <w:rFonts w:ascii="Times New Roman" w:hAnsi="Times New Roman" w:cs="Times New Roman"/>
        </w:rPr>
      </w:pPr>
      <w:r w:rsidRPr="00D73813">
        <w:rPr>
          <w:rFonts w:ascii="Times New Roman" w:hAnsi="Times New Roman" w:cs="Times New Roman"/>
        </w:rPr>
        <w:t>Amelioratori – substanțe care îmbunătățesc proprietățile tehnologice ale aluatului.</w:t>
      </w:r>
    </w:p>
    <w:p w:rsidR="00F92B72" w:rsidRDefault="00422B42" w:rsidP="00D73813">
      <w:pPr>
        <w:pStyle w:val="ListBullet"/>
        <w:numPr>
          <w:ilvl w:val="0"/>
          <w:numId w:val="11"/>
        </w:numPr>
        <w:rPr>
          <w:rFonts w:ascii="Times New Roman" w:hAnsi="Times New Roman" w:cs="Times New Roman"/>
        </w:rPr>
      </w:pPr>
      <w:r w:rsidRPr="00D73813">
        <w:rPr>
          <w:rFonts w:ascii="Times New Roman" w:hAnsi="Times New Roman" w:cs="Times New Roman"/>
        </w:rPr>
        <w:lastRenderedPageBreak/>
        <w:t xml:space="preserve">Premixuri – amestecuri industriale gata pregătite pentru produse speciale (ex. </w:t>
      </w:r>
      <w:proofErr w:type="spellStart"/>
      <w:r w:rsidRPr="00D73813">
        <w:rPr>
          <w:rFonts w:ascii="Times New Roman" w:hAnsi="Times New Roman" w:cs="Times New Roman"/>
        </w:rPr>
        <w:t>pâine</w:t>
      </w:r>
      <w:proofErr w:type="spellEnd"/>
      <w:r w:rsidRPr="00D73813">
        <w:rPr>
          <w:rFonts w:ascii="Times New Roman" w:hAnsi="Times New Roman" w:cs="Times New Roman"/>
        </w:rPr>
        <w:t xml:space="preserve"> cu </w:t>
      </w:r>
      <w:proofErr w:type="spellStart"/>
      <w:r w:rsidRPr="00D73813">
        <w:rPr>
          <w:rFonts w:ascii="Times New Roman" w:hAnsi="Times New Roman" w:cs="Times New Roman"/>
        </w:rPr>
        <w:t>cereale</w:t>
      </w:r>
      <w:proofErr w:type="spellEnd"/>
      <w:r w:rsidRPr="00D73813">
        <w:rPr>
          <w:rFonts w:ascii="Times New Roman" w:hAnsi="Times New Roman" w:cs="Times New Roman"/>
        </w:rPr>
        <w:t xml:space="preserve">, </w:t>
      </w:r>
      <w:proofErr w:type="spellStart"/>
      <w:r w:rsidRPr="00D73813">
        <w:rPr>
          <w:rFonts w:ascii="Times New Roman" w:hAnsi="Times New Roman" w:cs="Times New Roman"/>
        </w:rPr>
        <w:t>brioșe</w:t>
      </w:r>
      <w:proofErr w:type="spellEnd"/>
      <w:r w:rsidRPr="00D73813">
        <w:rPr>
          <w:rFonts w:ascii="Times New Roman" w:hAnsi="Times New Roman" w:cs="Times New Roman"/>
        </w:rPr>
        <w:t xml:space="preserve"> etc.).</w:t>
      </w:r>
    </w:p>
    <w:p w:rsidR="00F0756C" w:rsidRDefault="00F0756C" w:rsidP="00F0756C">
      <w:pPr>
        <w:pStyle w:val="ListBullet"/>
        <w:numPr>
          <w:ilvl w:val="0"/>
          <w:numId w:val="0"/>
        </w:numPr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0756C" w:rsidRPr="00AC700B" w:rsidRDefault="00F0756C" w:rsidP="00F0756C">
      <w:pPr>
        <w:jc w:val="center"/>
        <w:rPr>
          <w:rFonts w:ascii="Times New Roman" w:hAnsi="Times New Roman"/>
          <w:b/>
        </w:rPr>
      </w:pPr>
      <w:proofErr w:type="spellStart"/>
      <w:r w:rsidRPr="00AC700B">
        <w:rPr>
          <w:rFonts w:ascii="Times New Roman" w:hAnsi="Times New Roman"/>
          <w:b/>
        </w:rPr>
        <w:t>Caracteristicile</w:t>
      </w:r>
      <w:proofErr w:type="spellEnd"/>
      <w:r w:rsidRPr="00AC700B">
        <w:rPr>
          <w:rFonts w:ascii="Times New Roman" w:hAnsi="Times New Roman"/>
          <w:b/>
        </w:rPr>
        <w:t xml:space="preserve"> </w:t>
      </w:r>
      <w:proofErr w:type="spellStart"/>
      <w:r w:rsidRPr="00AC700B">
        <w:rPr>
          <w:rFonts w:ascii="Times New Roman" w:hAnsi="Times New Roman"/>
          <w:b/>
        </w:rPr>
        <w:t>fizice</w:t>
      </w:r>
      <w:proofErr w:type="spellEnd"/>
      <w:r w:rsidRPr="00AC700B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ș</w:t>
      </w:r>
      <w:r w:rsidRPr="00AC700B">
        <w:rPr>
          <w:rFonts w:ascii="Times New Roman" w:hAnsi="Times New Roman"/>
          <w:b/>
        </w:rPr>
        <w:t>i</w:t>
      </w:r>
      <w:proofErr w:type="spellEnd"/>
      <w:r w:rsidRPr="00AC700B">
        <w:rPr>
          <w:rFonts w:ascii="Times New Roman" w:hAnsi="Times New Roman"/>
          <w:b/>
        </w:rPr>
        <w:t xml:space="preserve"> </w:t>
      </w:r>
      <w:proofErr w:type="spellStart"/>
      <w:r w:rsidRPr="00AC700B">
        <w:rPr>
          <w:rFonts w:ascii="Times New Roman" w:hAnsi="Times New Roman"/>
          <w:b/>
        </w:rPr>
        <w:t>tehnologice</w:t>
      </w:r>
      <w:proofErr w:type="spellEnd"/>
      <w:r w:rsidRPr="00AC700B">
        <w:rPr>
          <w:rFonts w:ascii="Times New Roman" w:hAnsi="Times New Roman"/>
          <w:b/>
        </w:rPr>
        <w:t xml:space="preserve"> ale </w:t>
      </w:r>
      <w:proofErr w:type="spellStart"/>
      <w:r w:rsidRPr="00AC700B">
        <w:rPr>
          <w:rFonts w:ascii="Times New Roman" w:hAnsi="Times New Roman"/>
          <w:b/>
        </w:rPr>
        <w:t>f</w:t>
      </w:r>
      <w:r>
        <w:rPr>
          <w:rFonts w:ascii="Times New Roman" w:hAnsi="Times New Roman"/>
          <w:b/>
        </w:rPr>
        <w:t>ă</w:t>
      </w:r>
      <w:r w:rsidRPr="00AC700B">
        <w:rPr>
          <w:rFonts w:ascii="Times New Roman" w:hAnsi="Times New Roman"/>
          <w:b/>
        </w:rPr>
        <w:t>inii</w:t>
      </w:r>
      <w:proofErr w:type="spellEnd"/>
    </w:p>
    <w:p w:rsidR="00F0756C" w:rsidRDefault="00F0756C" w:rsidP="00F0756C">
      <w:pPr>
        <w:pStyle w:val="ListBullet"/>
        <w:numPr>
          <w:ilvl w:val="0"/>
          <w:numId w:val="0"/>
        </w:numPr>
        <w:ind w:left="360" w:hanging="360"/>
        <w:rPr>
          <w:rFonts w:ascii="Times New Roman" w:hAnsi="Times New Roman" w:cs="Times New Roman"/>
        </w:rPr>
      </w:pPr>
    </w:p>
    <w:p w:rsidR="00F0756C" w:rsidRDefault="00F0756C" w:rsidP="00F0756C">
      <w:pPr>
        <w:pStyle w:val="ListBullet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</w:rPr>
      </w:pPr>
      <w:proofErr w:type="spellStart"/>
      <w:r w:rsidRPr="00F0756C">
        <w:rPr>
          <w:rFonts w:ascii="Times New Roman" w:hAnsi="Times New Roman" w:cs="Times New Roman"/>
          <w:b/>
        </w:rPr>
        <w:t>Însuşirile</w:t>
      </w:r>
      <w:proofErr w:type="spellEnd"/>
      <w:r w:rsidRPr="00F0756C">
        <w:rPr>
          <w:rFonts w:ascii="Times New Roman" w:hAnsi="Times New Roman" w:cs="Times New Roman"/>
          <w:b/>
        </w:rPr>
        <w:t xml:space="preserve"> </w:t>
      </w:r>
      <w:proofErr w:type="spellStart"/>
      <w:r w:rsidRPr="00F0756C">
        <w:rPr>
          <w:rFonts w:ascii="Times New Roman" w:hAnsi="Times New Roman" w:cs="Times New Roman"/>
          <w:b/>
        </w:rPr>
        <w:t>organoleptice</w:t>
      </w:r>
      <w:proofErr w:type="spellEnd"/>
      <w:r w:rsidRPr="00F0756C">
        <w:rPr>
          <w:rFonts w:ascii="Times New Roman" w:hAnsi="Times New Roman" w:cs="Times New Roman"/>
          <w:b/>
        </w:rPr>
        <w:t xml:space="preserve"> ale </w:t>
      </w:r>
      <w:proofErr w:type="spellStart"/>
      <w:r w:rsidRPr="00F0756C">
        <w:rPr>
          <w:rFonts w:ascii="Times New Roman" w:hAnsi="Times New Roman" w:cs="Times New Roman"/>
          <w:b/>
        </w:rPr>
        <w:t>făinii</w:t>
      </w:r>
      <w:proofErr w:type="spellEnd"/>
      <w:r w:rsidRPr="00F0756C">
        <w:rPr>
          <w:rFonts w:ascii="Times New Roman" w:hAnsi="Times New Roman" w:cs="Times New Roman"/>
          <w:b/>
        </w:rPr>
        <w:t xml:space="preserve"> sun</w:t>
      </w:r>
      <w:r w:rsidRPr="00F0756C">
        <w:rPr>
          <w:rFonts w:ascii="Times New Roman" w:hAnsi="Times New Roman" w:cs="Times New Roman"/>
        </w:rPr>
        <w:t xml:space="preserve">t: </w:t>
      </w:r>
    </w:p>
    <w:p w:rsidR="00F0756C" w:rsidRDefault="00F0756C" w:rsidP="00F0756C">
      <w:pPr>
        <w:pStyle w:val="ListBullet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</w:rPr>
      </w:pPr>
      <w:proofErr w:type="spellStart"/>
      <w:r w:rsidRPr="00F0756C">
        <w:rPr>
          <w:rFonts w:ascii="Times New Roman" w:hAnsi="Times New Roman" w:cs="Times New Roman"/>
          <w:i/>
        </w:rPr>
        <w:t>Culoarea</w:t>
      </w:r>
      <w:proofErr w:type="spellEnd"/>
      <w:r w:rsidRPr="00F0756C">
        <w:rPr>
          <w:rFonts w:ascii="Times New Roman" w:hAnsi="Times New Roman" w:cs="Times New Roman"/>
          <w:i/>
        </w:rPr>
        <w:t xml:space="preserve"> </w:t>
      </w:r>
      <w:proofErr w:type="spellStart"/>
      <w:r w:rsidRPr="00F0756C">
        <w:rPr>
          <w:rFonts w:ascii="Times New Roman" w:hAnsi="Times New Roman" w:cs="Times New Roman"/>
          <w:i/>
        </w:rPr>
        <w:t>făinii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este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dată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culoarea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alb-galbenă</w:t>
      </w:r>
      <w:proofErr w:type="spellEnd"/>
      <w:r w:rsidRPr="00F0756C">
        <w:rPr>
          <w:rFonts w:ascii="Times New Roman" w:hAnsi="Times New Roman" w:cs="Times New Roman"/>
        </w:rPr>
        <w:t xml:space="preserve"> a </w:t>
      </w:r>
      <w:proofErr w:type="spellStart"/>
      <w:r w:rsidRPr="00F0756C">
        <w:rPr>
          <w:rFonts w:ascii="Times New Roman" w:hAnsi="Times New Roman" w:cs="Times New Roman"/>
        </w:rPr>
        <w:t>particulelor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provenite</w:t>
      </w:r>
      <w:proofErr w:type="spellEnd"/>
      <w:r w:rsidRPr="00F0756C">
        <w:rPr>
          <w:rFonts w:ascii="Times New Roman" w:hAnsi="Times New Roman" w:cs="Times New Roman"/>
        </w:rPr>
        <w:t xml:space="preserve"> din endosperm, care</w:t>
      </w:r>
    </w:p>
    <w:p w:rsidR="00F0756C" w:rsidRDefault="00F0756C" w:rsidP="00F0756C">
      <w:pPr>
        <w:pStyle w:val="ListBullet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conţine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pigmenţi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carotenoidici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culoarea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închisă</w:t>
      </w:r>
      <w:proofErr w:type="spellEnd"/>
      <w:r w:rsidRPr="00F0756C">
        <w:rPr>
          <w:rFonts w:ascii="Times New Roman" w:hAnsi="Times New Roman" w:cs="Times New Roman"/>
        </w:rPr>
        <w:t xml:space="preserve"> a </w:t>
      </w:r>
      <w:proofErr w:type="spellStart"/>
      <w:r w:rsidRPr="00F0756C">
        <w:rPr>
          <w:rFonts w:ascii="Times New Roman" w:hAnsi="Times New Roman" w:cs="Times New Roman"/>
        </w:rPr>
        <w:t>tărâţelor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prezente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făină</w:t>
      </w:r>
      <w:proofErr w:type="spellEnd"/>
      <w:r w:rsidRPr="00F0756C">
        <w:rPr>
          <w:rFonts w:ascii="Times New Roman" w:hAnsi="Times New Roman" w:cs="Times New Roman"/>
        </w:rPr>
        <w:t xml:space="preserve">. </w:t>
      </w:r>
      <w:proofErr w:type="spellStart"/>
      <w:r w:rsidRPr="00F0756C">
        <w:rPr>
          <w:rFonts w:ascii="Times New Roman" w:hAnsi="Times New Roman" w:cs="Times New Roman"/>
        </w:rPr>
        <w:t>Pe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măsură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ce</w:t>
      </w:r>
      <w:proofErr w:type="spellEnd"/>
    </w:p>
    <w:p w:rsidR="00F0756C" w:rsidRDefault="00F0756C" w:rsidP="00F0756C">
      <w:pPr>
        <w:pStyle w:val="ListBullet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</w:rPr>
      </w:pPr>
      <w:r w:rsidRPr="00F0756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0756C">
        <w:rPr>
          <w:rFonts w:ascii="Times New Roman" w:hAnsi="Times New Roman" w:cs="Times New Roman"/>
        </w:rPr>
        <w:t>creşte</w:t>
      </w:r>
      <w:proofErr w:type="spellEnd"/>
      <w:proofErr w:type="gram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gradul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extracţie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creşte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proporţia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tărâţe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culoarea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făinii</w:t>
      </w:r>
      <w:proofErr w:type="spellEnd"/>
      <w:r w:rsidRPr="00F0756C">
        <w:rPr>
          <w:rFonts w:ascii="Times New Roman" w:hAnsi="Times New Roman" w:cs="Times New Roman"/>
        </w:rPr>
        <w:t xml:space="preserve"> se </w:t>
      </w:r>
      <w:proofErr w:type="spellStart"/>
      <w:r w:rsidRPr="00F0756C">
        <w:rPr>
          <w:rFonts w:ascii="Times New Roman" w:hAnsi="Times New Roman" w:cs="Times New Roman"/>
        </w:rPr>
        <w:t>închide</w:t>
      </w:r>
      <w:proofErr w:type="spellEnd"/>
      <w:r w:rsidRPr="00F0756C">
        <w:rPr>
          <w:rFonts w:ascii="Times New Roman" w:hAnsi="Times New Roman" w:cs="Times New Roman"/>
        </w:rPr>
        <w:t xml:space="preserve"> . </w:t>
      </w:r>
    </w:p>
    <w:p w:rsidR="00F0756C" w:rsidRDefault="00F0756C" w:rsidP="00F0756C">
      <w:pPr>
        <w:pStyle w:val="ListBullet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</w:rPr>
      </w:pPr>
      <w:proofErr w:type="spellStart"/>
      <w:r w:rsidRPr="00F0756C">
        <w:rPr>
          <w:rFonts w:ascii="Times New Roman" w:hAnsi="Times New Roman" w:cs="Times New Roman"/>
          <w:i/>
        </w:rPr>
        <w:t>Mirosul</w:t>
      </w:r>
      <w:proofErr w:type="spellEnd"/>
      <w:r w:rsidRPr="00F0756C">
        <w:rPr>
          <w:rFonts w:ascii="Times New Roman" w:hAnsi="Times New Roman" w:cs="Times New Roman"/>
          <w:i/>
        </w:rPr>
        <w:t xml:space="preserve"> </w:t>
      </w:r>
      <w:proofErr w:type="spellStart"/>
      <w:r w:rsidRPr="00F0756C">
        <w:rPr>
          <w:rFonts w:ascii="Times New Roman" w:hAnsi="Times New Roman" w:cs="Times New Roman"/>
          <w:i/>
        </w:rPr>
        <w:t>şi</w:t>
      </w:r>
      <w:proofErr w:type="spellEnd"/>
      <w:r w:rsidRPr="00F0756C">
        <w:rPr>
          <w:rFonts w:ascii="Times New Roman" w:hAnsi="Times New Roman" w:cs="Times New Roman"/>
          <w:i/>
        </w:rPr>
        <w:t xml:space="preserve"> </w:t>
      </w:r>
      <w:proofErr w:type="spellStart"/>
      <w:r w:rsidRPr="00F0756C">
        <w:rPr>
          <w:rFonts w:ascii="Times New Roman" w:hAnsi="Times New Roman" w:cs="Times New Roman"/>
          <w:i/>
        </w:rPr>
        <w:t>gustul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Făina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grâu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sănătoasă</w:t>
      </w:r>
      <w:proofErr w:type="spellEnd"/>
      <w:r w:rsidRPr="00F0756C">
        <w:rPr>
          <w:rFonts w:ascii="Times New Roman" w:hAnsi="Times New Roman" w:cs="Times New Roman"/>
        </w:rPr>
        <w:t xml:space="preserve"> are gust </w:t>
      </w:r>
      <w:proofErr w:type="spellStart"/>
      <w:r w:rsidRPr="00F0756C">
        <w:rPr>
          <w:rFonts w:ascii="Times New Roman" w:hAnsi="Times New Roman" w:cs="Times New Roman"/>
        </w:rPr>
        <w:t>puţin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dulceag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miros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plăcut</w:t>
      </w:r>
      <w:proofErr w:type="spellEnd"/>
      <w:r w:rsidRPr="00F0756C">
        <w:rPr>
          <w:rFonts w:ascii="Times New Roman" w:hAnsi="Times New Roman" w:cs="Times New Roman"/>
        </w:rPr>
        <w:t xml:space="preserve">, specific. </w:t>
      </w:r>
      <w:proofErr w:type="spellStart"/>
      <w:r w:rsidRPr="00F0756C">
        <w:rPr>
          <w:rFonts w:ascii="Times New Roman" w:hAnsi="Times New Roman" w:cs="Times New Roman"/>
        </w:rPr>
        <w:t>Mirosul</w:t>
      </w:r>
      <w:proofErr w:type="spellEnd"/>
    </w:p>
    <w:p w:rsidR="00F0756C" w:rsidRDefault="00F0756C" w:rsidP="00F0756C">
      <w:pPr>
        <w:pStyle w:val="ListBullet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</w:rPr>
      </w:pPr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gustul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iute</w:t>
      </w:r>
      <w:proofErr w:type="spellEnd"/>
      <w:r w:rsidRPr="00F0756C">
        <w:rPr>
          <w:rFonts w:ascii="Times New Roman" w:hAnsi="Times New Roman" w:cs="Times New Roman"/>
        </w:rPr>
        <w:t xml:space="preserve">, de </w:t>
      </w:r>
      <w:proofErr w:type="spellStart"/>
      <w:r w:rsidRPr="00F0756C">
        <w:rPr>
          <w:rFonts w:ascii="Times New Roman" w:hAnsi="Times New Roman" w:cs="Times New Roman"/>
        </w:rPr>
        <w:t>rânced</w:t>
      </w:r>
      <w:proofErr w:type="spellEnd"/>
      <w:r w:rsidRPr="00F0756C">
        <w:rPr>
          <w:rFonts w:ascii="Times New Roman" w:hAnsi="Times New Roman" w:cs="Times New Roman"/>
        </w:rPr>
        <w:t xml:space="preserve">, de </w:t>
      </w:r>
      <w:proofErr w:type="spellStart"/>
      <w:r w:rsidRPr="00F0756C">
        <w:rPr>
          <w:rFonts w:ascii="Times New Roman" w:hAnsi="Times New Roman" w:cs="Times New Roman"/>
        </w:rPr>
        <w:t>mucegai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dovedesc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alterarea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sau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prezenţa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unor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seminţe</w:t>
      </w:r>
      <w:proofErr w:type="spellEnd"/>
      <w:r w:rsidRPr="00F0756C">
        <w:rPr>
          <w:rFonts w:ascii="Times New Roman" w:hAnsi="Times New Roman" w:cs="Times New Roman"/>
        </w:rPr>
        <w:t xml:space="preserve"> de</w:t>
      </w:r>
    </w:p>
    <w:p w:rsidR="00F0756C" w:rsidRDefault="00F0756C" w:rsidP="00F0756C">
      <w:pPr>
        <w:pStyle w:val="ListBullet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</w:rPr>
      </w:pPr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buruieni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neîndepărtate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curăţătorie</w:t>
      </w:r>
      <w:proofErr w:type="spellEnd"/>
      <w:r w:rsidRPr="00F0756C">
        <w:rPr>
          <w:rFonts w:ascii="Times New Roman" w:hAnsi="Times New Roman" w:cs="Times New Roman"/>
        </w:rPr>
        <w:t xml:space="preserve">. </w:t>
      </w:r>
      <w:proofErr w:type="spellStart"/>
      <w:r w:rsidRPr="00F0756C">
        <w:rPr>
          <w:rFonts w:ascii="Times New Roman" w:hAnsi="Times New Roman" w:cs="Times New Roman"/>
        </w:rPr>
        <w:t>Gustul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puternic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dulceag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este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dat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germinarea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grâului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iar</w:t>
      </w:r>
      <w:proofErr w:type="spellEnd"/>
    </w:p>
    <w:p w:rsidR="00F0756C" w:rsidRDefault="00F0756C" w:rsidP="00F0756C">
      <w:pPr>
        <w:pStyle w:val="ListBullet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</w:rPr>
      </w:pPr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gustul</w:t>
      </w:r>
      <w:proofErr w:type="spellEnd"/>
      <w:r w:rsidRPr="00F0756C">
        <w:rPr>
          <w:rFonts w:ascii="Times New Roman" w:hAnsi="Times New Roman" w:cs="Times New Roman"/>
        </w:rPr>
        <w:t xml:space="preserve"> fad se </w:t>
      </w:r>
      <w:proofErr w:type="spellStart"/>
      <w:r w:rsidRPr="00F0756C">
        <w:rPr>
          <w:rFonts w:ascii="Times New Roman" w:hAnsi="Times New Roman" w:cs="Times New Roman"/>
        </w:rPr>
        <w:t>întâlneşte</w:t>
      </w:r>
      <w:proofErr w:type="spellEnd"/>
      <w:r w:rsidRPr="00F0756C">
        <w:rPr>
          <w:rFonts w:ascii="Times New Roman" w:hAnsi="Times New Roman" w:cs="Times New Roman"/>
        </w:rPr>
        <w:t xml:space="preserve"> la </w:t>
      </w:r>
      <w:proofErr w:type="spellStart"/>
      <w:r w:rsidRPr="00F0756C">
        <w:rPr>
          <w:rFonts w:ascii="Times New Roman" w:hAnsi="Times New Roman" w:cs="Times New Roman"/>
        </w:rPr>
        <w:t>făina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supraîncălzită</w:t>
      </w:r>
      <w:proofErr w:type="spellEnd"/>
      <w:r w:rsidRPr="00F0756C">
        <w:rPr>
          <w:rFonts w:ascii="Times New Roman" w:hAnsi="Times New Roman" w:cs="Times New Roman"/>
        </w:rPr>
        <w:t xml:space="preserve"> la </w:t>
      </w:r>
      <w:proofErr w:type="spellStart"/>
      <w:r w:rsidRPr="00F0756C">
        <w:rPr>
          <w:rFonts w:ascii="Times New Roman" w:hAnsi="Times New Roman" w:cs="Times New Roman"/>
        </w:rPr>
        <w:t>măcinare</w:t>
      </w:r>
      <w:proofErr w:type="spellEnd"/>
      <w:r w:rsidRPr="00F0756C">
        <w:rPr>
          <w:rFonts w:ascii="Times New Roman" w:hAnsi="Times New Roman" w:cs="Times New Roman"/>
        </w:rPr>
        <w:t xml:space="preserve">. </w:t>
      </w:r>
      <w:proofErr w:type="spellStart"/>
      <w:r w:rsidRPr="00F0756C">
        <w:rPr>
          <w:rFonts w:ascii="Times New Roman" w:hAnsi="Times New Roman" w:cs="Times New Roman"/>
        </w:rPr>
        <w:t>Toate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aceste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făinuri</w:t>
      </w:r>
      <w:proofErr w:type="spellEnd"/>
      <w:r w:rsidRPr="00F0756C">
        <w:rPr>
          <w:rFonts w:ascii="Times New Roman" w:hAnsi="Times New Roman" w:cs="Times New Roman"/>
        </w:rPr>
        <w:t xml:space="preserve"> cu gust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miros</w:t>
      </w:r>
      <w:proofErr w:type="spellEnd"/>
    </w:p>
    <w:p w:rsidR="00F0756C" w:rsidRDefault="00F0756C" w:rsidP="00F0756C">
      <w:pPr>
        <w:pStyle w:val="ListBullet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</w:rPr>
      </w:pPr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străin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sunt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nepanificabile</w:t>
      </w:r>
      <w:proofErr w:type="spellEnd"/>
      <w:r w:rsidRPr="00F0756C">
        <w:rPr>
          <w:rFonts w:ascii="Times New Roman" w:hAnsi="Times New Roman" w:cs="Times New Roman"/>
        </w:rPr>
        <w:t xml:space="preserve">. </w:t>
      </w:r>
      <w:proofErr w:type="spellStart"/>
      <w:r w:rsidRPr="00F0756C">
        <w:rPr>
          <w:rFonts w:ascii="Times New Roman" w:hAnsi="Times New Roman" w:cs="Times New Roman"/>
        </w:rPr>
        <w:t>Aspectul</w:t>
      </w:r>
      <w:proofErr w:type="spellEnd"/>
      <w:r w:rsidRPr="00F0756C">
        <w:rPr>
          <w:rFonts w:ascii="Times New Roman" w:hAnsi="Times New Roman" w:cs="Times New Roman"/>
        </w:rPr>
        <w:t xml:space="preserve"> general se </w:t>
      </w:r>
      <w:proofErr w:type="spellStart"/>
      <w:r w:rsidRPr="00F0756C">
        <w:rPr>
          <w:rFonts w:ascii="Times New Roman" w:hAnsi="Times New Roman" w:cs="Times New Roman"/>
        </w:rPr>
        <w:t>referă</w:t>
      </w:r>
      <w:proofErr w:type="spellEnd"/>
      <w:r w:rsidRPr="00F0756C">
        <w:rPr>
          <w:rFonts w:ascii="Times New Roman" w:hAnsi="Times New Roman" w:cs="Times New Roman"/>
        </w:rPr>
        <w:t xml:space="preserve"> la </w:t>
      </w:r>
      <w:proofErr w:type="spellStart"/>
      <w:r w:rsidRPr="00F0756C">
        <w:rPr>
          <w:rFonts w:ascii="Times New Roman" w:hAnsi="Times New Roman" w:cs="Times New Roman"/>
        </w:rPr>
        <w:t>prezenţa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impurităţilor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mari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vizibile</w:t>
      </w:r>
      <w:proofErr w:type="spellEnd"/>
      <w:r w:rsidRPr="00F0756C">
        <w:rPr>
          <w:rFonts w:ascii="Times New Roman" w:hAnsi="Times New Roman" w:cs="Times New Roman"/>
        </w:rPr>
        <w:t xml:space="preserve"> cu</w:t>
      </w:r>
    </w:p>
    <w:p w:rsidR="00F0756C" w:rsidRDefault="00F0756C" w:rsidP="00F0756C">
      <w:pPr>
        <w:pStyle w:val="ListBullet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</w:rPr>
      </w:pPr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ochiul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la </w:t>
      </w:r>
      <w:proofErr w:type="spellStart"/>
      <w:r w:rsidRPr="00F0756C">
        <w:rPr>
          <w:rFonts w:ascii="Times New Roman" w:hAnsi="Times New Roman" w:cs="Times New Roman"/>
        </w:rPr>
        <w:t>infestare</w:t>
      </w:r>
      <w:proofErr w:type="spellEnd"/>
      <w:r w:rsidRPr="00F0756C">
        <w:rPr>
          <w:rFonts w:ascii="Times New Roman" w:hAnsi="Times New Roman" w:cs="Times New Roman"/>
        </w:rPr>
        <w:t xml:space="preserve">. </w:t>
      </w:r>
    </w:p>
    <w:p w:rsidR="00F0756C" w:rsidRDefault="00F0756C" w:rsidP="00F0756C">
      <w:pPr>
        <w:pStyle w:val="ListBullet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</w:rPr>
      </w:pPr>
      <w:proofErr w:type="spellStart"/>
      <w:r w:rsidRPr="00F0756C">
        <w:rPr>
          <w:rFonts w:ascii="Times New Roman" w:hAnsi="Times New Roman" w:cs="Times New Roman"/>
          <w:i/>
        </w:rPr>
        <w:t>Granulaţia</w:t>
      </w:r>
      <w:proofErr w:type="spellEnd"/>
      <w:r w:rsidRPr="00F0756C">
        <w:rPr>
          <w:rFonts w:ascii="Times New Roman" w:hAnsi="Times New Roman" w:cs="Times New Roman"/>
          <w:i/>
        </w:rPr>
        <w:t xml:space="preserve"> </w:t>
      </w:r>
      <w:proofErr w:type="spellStart"/>
      <w:r w:rsidRPr="00F0756C">
        <w:rPr>
          <w:rFonts w:ascii="Times New Roman" w:hAnsi="Times New Roman" w:cs="Times New Roman"/>
          <w:i/>
        </w:rPr>
        <w:t>făinii</w:t>
      </w:r>
      <w:proofErr w:type="spellEnd"/>
      <w:r w:rsidRPr="00F0756C">
        <w:rPr>
          <w:rFonts w:ascii="Times New Roman" w:hAnsi="Times New Roman" w:cs="Times New Roman"/>
        </w:rPr>
        <w:t xml:space="preserve"> se </w:t>
      </w:r>
      <w:proofErr w:type="spellStart"/>
      <w:r w:rsidRPr="00F0756C">
        <w:rPr>
          <w:rFonts w:ascii="Times New Roman" w:hAnsi="Times New Roman" w:cs="Times New Roman"/>
        </w:rPr>
        <w:t>referă</w:t>
      </w:r>
      <w:proofErr w:type="spellEnd"/>
      <w:r w:rsidRPr="00F0756C">
        <w:rPr>
          <w:rFonts w:ascii="Times New Roman" w:hAnsi="Times New Roman" w:cs="Times New Roman"/>
        </w:rPr>
        <w:t xml:space="preserve"> la </w:t>
      </w:r>
      <w:proofErr w:type="spellStart"/>
      <w:r w:rsidRPr="00F0756C">
        <w:rPr>
          <w:rFonts w:ascii="Times New Roman" w:hAnsi="Times New Roman" w:cs="Times New Roman"/>
        </w:rPr>
        <w:t>mărimea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particulelor</w:t>
      </w:r>
      <w:proofErr w:type="spellEnd"/>
      <w:r w:rsidRPr="00F0756C">
        <w:rPr>
          <w:rFonts w:ascii="Times New Roman" w:hAnsi="Times New Roman" w:cs="Times New Roman"/>
        </w:rPr>
        <w:t xml:space="preserve"> care o </w:t>
      </w:r>
      <w:proofErr w:type="spellStart"/>
      <w:r w:rsidRPr="00F0756C">
        <w:rPr>
          <w:rFonts w:ascii="Times New Roman" w:hAnsi="Times New Roman" w:cs="Times New Roman"/>
        </w:rPr>
        <w:t>compun</w:t>
      </w:r>
      <w:proofErr w:type="spellEnd"/>
      <w:r w:rsidRPr="00F0756C">
        <w:rPr>
          <w:rFonts w:ascii="Times New Roman" w:hAnsi="Times New Roman" w:cs="Times New Roman"/>
        </w:rPr>
        <w:t xml:space="preserve">. </w:t>
      </w:r>
      <w:proofErr w:type="spellStart"/>
      <w:r w:rsidRPr="00F0756C">
        <w:rPr>
          <w:rFonts w:ascii="Times New Roman" w:hAnsi="Times New Roman" w:cs="Times New Roman"/>
        </w:rPr>
        <w:t>Atunci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când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componenţa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făinii</w:t>
      </w:r>
      <w:proofErr w:type="spellEnd"/>
    </w:p>
    <w:p w:rsidR="00F0756C" w:rsidRDefault="00F0756C" w:rsidP="00F0756C">
      <w:pPr>
        <w:pStyle w:val="ListBullet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</w:rPr>
      </w:pPr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predomină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particulele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mici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făina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este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fină</w:t>
      </w:r>
      <w:proofErr w:type="spellEnd"/>
      <w:r w:rsidRPr="00F0756C">
        <w:rPr>
          <w:rFonts w:ascii="Times New Roman" w:hAnsi="Times New Roman" w:cs="Times New Roman"/>
        </w:rPr>
        <w:t xml:space="preserve"> (</w:t>
      </w:r>
      <w:proofErr w:type="spellStart"/>
      <w:r w:rsidRPr="00F0756C">
        <w:rPr>
          <w:rFonts w:ascii="Times New Roman" w:hAnsi="Times New Roman" w:cs="Times New Roman"/>
        </w:rPr>
        <w:t>netedă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sau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moale</w:t>
      </w:r>
      <w:proofErr w:type="spellEnd"/>
      <w:r w:rsidRPr="00F0756C">
        <w:rPr>
          <w:rFonts w:ascii="Times New Roman" w:hAnsi="Times New Roman" w:cs="Times New Roman"/>
        </w:rPr>
        <w:t xml:space="preserve">), </w:t>
      </w:r>
      <w:proofErr w:type="spellStart"/>
      <w:r w:rsidRPr="00F0756C">
        <w:rPr>
          <w:rFonts w:ascii="Times New Roman" w:hAnsi="Times New Roman" w:cs="Times New Roman"/>
        </w:rPr>
        <w:t>iar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când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predomină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particulele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mari</w:t>
      </w:r>
      <w:proofErr w:type="spellEnd"/>
      <w:r w:rsidRPr="00F0756C">
        <w:rPr>
          <w:rFonts w:ascii="Times New Roman" w:hAnsi="Times New Roman" w:cs="Times New Roman"/>
        </w:rPr>
        <w:t>,</w:t>
      </w:r>
    </w:p>
    <w:p w:rsidR="00F0756C" w:rsidRDefault="00F0756C" w:rsidP="00F0756C">
      <w:pPr>
        <w:pStyle w:val="ListBullet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</w:rPr>
      </w:pPr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este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grosieră</w:t>
      </w:r>
      <w:proofErr w:type="spellEnd"/>
      <w:r w:rsidRPr="00F0756C">
        <w:rPr>
          <w:rFonts w:ascii="Times New Roman" w:hAnsi="Times New Roman" w:cs="Times New Roman"/>
        </w:rPr>
        <w:t xml:space="preserve"> (</w:t>
      </w:r>
      <w:proofErr w:type="spellStart"/>
      <w:r w:rsidRPr="00F0756C">
        <w:rPr>
          <w:rFonts w:ascii="Times New Roman" w:hAnsi="Times New Roman" w:cs="Times New Roman"/>
        </w:rPr>
        <w:t>grişată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sau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aspră</w:t>
      </w:r>
      <w:proofErr w:type="spellEnd"/>
      <w:r w:rsidRPr="00F0756C">
        <w:rPr>
          <w:rFonts w:ascii="Times New Roman" w:hAnsi="Times New Roman" w:cs="Times New Roman"/>
        </w:rPr>
        <w:t xml:space="preserve">). </w:t>
      </w:r>
      <w:proofErr w:type="spellStart"/>
      <w:r w:rsidRPr="00F0756C">
        <w:rPr>
          <w:rFonts w:ascii="Times New Roman" w:hAnsi="Times New Roman" w:cs="Times New Roman"/>
        </w:rPr>
        <w:t>Granulaţia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influenţează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comportarea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ei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timpul</w:t>
      </w:r>
      <w:proofErr w:type="spellEnd"/>
    </w:p>
    <w:p w:rsidR="00F0756C" w:rsidRDefault="00F0756C" w:rsidP="00F0756C">
      <w:pPr>
        <w:pStyle w:val="ListBullet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</w:rPr>
      </w:pPr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procesului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tehnologic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calitatea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produselor</w:t>
      </w:r>
      <w:proofErr w:type="spellEnd"/>
      <w:r w:rsidRPr="00F0756C">
        <w:rPr>
          <w:rFonts w:ascii="Times New Roman" w:hAnsi="Times New Roman" w:cs="Times New Roman"/>
        </w:rPr>
        <w:t xml:space="preserve"> finite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determină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destinaţia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utilizării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ei</w:t>
      </w:r>
      <w:proofErr w:type="spellEnd"/>
      <w:r w:rsidRPr="00F0756C">
        <w:rPr>
          <w:rFonts w:ascii="Times New Roman" w:hAnsi="Times New Roman" w:cs="Times New Roman"/>
        </w:rPr>
        <w:t xml:space="preserve">. </w:t>
      </w:r>
      <w:proofErr w:type="spellStart"/>
      <w:r w:rsidRPr="00F0756C">
        <w:rPr>
          <w:rFonts w:ascii="Times New Roman" w:hAnsi="Times New Roman" w:cs="Times New Roman"/>
        </w:rPr>
        <w:t>Astfel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dacă</w:t>
      </w:r>
      <w:proofErr w:type="spellEnd"/>
    </w:p>
    <w:p w:rsidR="00F0756C" w:rsidRDefault="00F0756C" w:rsidP="00F0756C">
      <w:pPr>
        <w:pStyle w:val="ListBullet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</w:rPr>
      </w:pPr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este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foarte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fină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capacitatea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ei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absorbţie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hidratare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este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foarte</w:t>
      </w:r>
      <w:proofErr w:type="spellEnd"/>
      <w:r w:rsidRPr="00F0756C">
        <w:rPr>
          <w:rFonts w:ascii="Times New Roman" w:hAnsi="Times New Roman" w:cs="Times New Roman"/>
        </w:rPr>
        <w:t xml:space="preserve"> mare, din </w:t>
      </w:r>
      <w:proofErr w:type="spellStart"/>
      <w:r w:rsidRPr="00F0756C">
        <w:rPr>
          <w:rFonts w:ascii="Times New Roman" w:hAnsi="Times New Roman" w:cs="Times New Roman"/>
        </w:rPr>
        <w:t>cauza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suprafeţei</w:t>
      </w:r>
      <w:proofErr w:type="spellEnd"/>
    </w:p>
    <w:p w:rsidR="00F0756C" w:rsidRDefault="00F0756C" w:rsidP="00F0756C">
      <w:pPr>
        <w:pStyle w:val="ListBullet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</w:rPr>
      </w:pPr>
      <w:r w:rsidRPr="00F0756C">
        <w:rPr>
          <w:rFonts w:ascii="Times New Roman" w:hAnsi="Times New Roman" w:cs="Times New Roman"/>
        </w:rPr>
        <w:t xml:space="preserve"> de contact </w:t>
      </w:r>
      <w:proofErr w:type="spellStart"/>
      <w:r w:rsidRPr="00F0756C">
        <w:rPr>
          <w:rFonts w:ascii="Times New Roman" w:hAnsi="Times New Roman" w:cs="Times New Roman"/>
        </w:rPr>
        <w:t>mari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iar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durata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obţinerii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aluatului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cât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cea</w:t>
      </w:r>
      <w:proofErr w:type="spellEnd"/>
      <w:r w:rsidRPr="00F0756C">
        <w:rPr>
          <w:rFonts w:ascii="Times New Roman" w:hAnsi="Times New Roman" w:cs="Times New Roman"/>
        </w:rPr>
        <w:t xml:space="preserve"> a </w:t>
      </w:r>
      <w:proofErr w:type="spellStart"/>
      <w:r w:rsidRPr="00F0756C">
        <w:rPr>
          <w:rFonts w:ascii="Times New Roman" w:hAnsi="Times New Roman" w:cs="Times New Roman"/>
        </w:rPr>
        <w:t>fermentării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lui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sunt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mai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scurte</w:t>
      </w:r>
      <w:proofErr w:type="spellEnd"/>
      <w:r w:rsidRPr="00F0756C">
        <w:rPr>
          <w:rFonts w:ascii="Times New Roman" w:hAnsi="Times New Roman" w:cs="Times New Roman"/>
        </w:rPr>
        <w:t xml:space="preserve">. Din </w:t>
      </w:r>
      <w:proofErr w:type="spellStart"/>
      <w:r w:rsidRPr="00F0756C">
        <w:rPr>
          <w:rFonts w:ascii="Times New Roman" w:hAnsi="Times New Roman" w:cs="Times New Roman"/>
        </w:rPr>
        <w:t>acest</w:t>
      </w:r>
      <w:proofErr w:type="spellEnd"/>
    </w:p>
    <w:p w:rsidR="00F0756C" w:rsidRDefault="00F0756C" w:rsidP="00F0756C">
      <w:pPr>
        <w:pStyle w:val="ListBullet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</w:rPr>
      </w:pPr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motiv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în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funcţie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produsele</w:t>
      </w:r>
      <w:proofErr w:type="spellEnd"/>
      <w:r w:rsidRPr="00F0756C">
        <w:rPr>
          <w:rFonts w:ascii="Times New Roman" w:hAnsi="Times New Roman" w:cs="Times New Roman"/>
        </w:rPr>
        <w:t xml:space="preserve"> finite </w:t>
      </w:r>
      <w:proofErr w:type="spellStart"/>
      <w:r w:rsidRPr="00F0756C">
        <w:rPr>
          <w:rFonts w:ascii="Times New Roman" w:hAnsi="Times New Roman" w:cs="Times New Roman"/>
        </w:rPr>
        <w:t>ce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urmează</w:t>
      </w:r>
      <w:proofErr w:type="spellEnd"/>
      <w:r w:rsidRPr="00F0756C">
        <w:rPr>
          <w:rFonts w:ascii="Times New Roman" w:hAnsi="Times New Roman" w:cs="Times New Roman"/>
        </w:rPr>
        <w:t xml:space="preserve"> a se </w:t>
      </w:r>
      <w:proofErr w:type="spellStart"/>
      <w:r w:rsidRPr="00F0756C">
        <w:rPr>
          <w:rFonts w:ascii="Times New Roman" w:hAnsi="Times New Roman" w:cs="Times New Roman"/>
        </w:rPr>
        <w:t>obţine</w:t>
      </w:r>
      <w:proofErr w:type="spellEnd"/>
      <w:r w:rsidRPr="00F0756C">
        <w:rPr>
          <w:rFonts w:ascii="Times New Roman" w:hAnsi="Times New Roman" w:cs="Times New Roman"/>
        </w:rPr>
        <w:t xml:space="preserve"> se </w:t>
      </w:r>
      <w:proofErr w:type="spellStart"/>
      <w:r w:rsidRPr="00F0756C">
        <w:rPr>
          <w:rFonts w:ascii="Times New Roman" w:hAnsi="Times New Roman" w:cs="Times New Roman"/>
        </w:rPr>
        <w:t>stabileşte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granulaţia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făinii</w:t>
      </w:r>
      <w:proofErr w:type="spellEnd"/>
      <w:r w:rsidRPr="00F0756C">
        <w:rPr>
          <w:rFonts w:ascii="Times New Roman" w:hAnsi="Times New Roman" w:cs="Times New Roman"/>
        </w:rPr>
        <w:t xml:space="preserve">. </w:t>
      </w:r>
      <w:proofErr w:type="spellStart"/>
      <w:r w:rsidRPr="00F0756C">
        <w:rPr>
          <w:rFonts w:ascii="Times New Roman" w:hAnsi="Times New Roman" w:cs="Times New Roman"/>
        </w:rPr>
        <w:t>Astfel</w:t>
      </w:r>
      <w:proofErr w:type="spellEnd"/>
    </w:p>
    <w:p w:rsidR="00F0756C" w:rsidRDefault="00F0756C" w:rsidP="00F0756C">
      <w:pPr>
        <w:pStyle w:val="ListBullet"/>
        <w:numPr>
          <w:ilvl w:val="0"/>
          <w:numId w:val="0"/>
        </w:numPr>
        <w:jc w:val="both"/>
        <w:rPr>
          <w:rFonts w:ascii="Times New Roman" w:hAnsi="Times New Roman" w:cs="Times New Roman"/>
        </w:rPr>
      </w:pPr>
      <w:proofErr w:type="spellStart"/>
      <w:r w:rsidRPr="00F0756C">
        <w:rPr>
          <w:rFonts w:ascii="Times New Roman" w:hAnsi="Times New Roman" w:cs="Times New Roman"/>
        </w:rPr>
        <w:t>pentru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pâine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produsele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franzelărie</w:t>
      </w:r>
      <w:proofErr w:type="spellEnd"/>
      <w:r w:rsidRPr="00F0756C">
        <w:rPr>
          <w:rFonts w:ascii="Times New Roman" w:hAnsi="Times New Roman" w:cs="Times New Roman"/>
        </w:rPr>
        <w:t xml:space="preserve"> se </w:t>
      </w:r>
      <w:proofErr w:type="spellStart"/>
      <w:r w:rsidRPr="00F0756C">
        <w:rPr>
          <w:rFonts w:ascii="Times New Roman" w:hAnsi="Times New Roman" w:cs="Times New Roman"/>
        </w:rPr>
        <w:t>recomandă</w:t>
      </w:r>
      <w:proofErr w:type="spellEnd"/>
      <w:r w:rsidRPr="00F0756C">
        <w:rPr>
          <w:rFonts w:ascii="Times New Roman" w:hAnsi="Times New Roman" w:cs="Times New Roman"/>
        </w:rPr>
        <w:t xml:space="preserve"> o </w:t>
      </w:r>
      <w:proofErr w:type="spellStart"/>
      <w:r w:rsidRPr="00F0756C">
        <w:rPr>
          <w:rFonts w:ascii="Times New Roman" w:hAnsi="Times New Roman" w:cs="Times New Roman"/>
        </w:rPr>
        <w:t>făină</w:t>
      </w:r>
      <w:proofErr w:type="spellEnd"/>
      <w:r w:rsidRPr="00F0756C">
        <w:rPr>
          <w:rFonts w:ascii="Times New Roman" w:hAnsi="Times New Roman" w:cs="Times New Roman"/>
        </w:rPr>
        <w:t xml:space="preserve"> cu o </w:t>
      </w:r>
      <w:proofErr w:type="spellStart"/>
      <w:r w:rsidRPr="00F0756C">
        <w:rPr>
          <w:rFonts w:ascii="Times New Roman" w:hAnsi="Times New Roman" w:cs="Times New Roman"/>
        </w:rPr>
        <w:t>granulaţie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mijlocie</w:t>
      </w:r>
      <w:proofErr w:type="spellEnd"/>
      <w:r w:rsidRPr="00F0756C">
        <w:rPr>
          <w:rFonts w:ascii="Times New Roman" w:hAnsi="Times New Roman" w:cs="Times New Roman"/>
        </w:rPr>
        <w:t xml:space="preserve">. O </w:t>
      </w:r>
      <w:proofErr w:type="spellStart"/>
      <w:r w:rsidRPr="00F0756C">
        <w:rPr>
          <w:rFonts w:ascii="Times New Roman" w:hAnsi="Times New Roman" w:cs="Times New Roman"/>
        </w:rPr>
        <w:t>făină</w:t>
      </w:r>
      <w:proofErr w:type="spellEnd"/>
      <w:r w:rsidRPr="00F0756C">
        <w:rPr>
          <w:rFonts w:ascii="Times New Roman" w:hAnsi="Times New Roman" w:cs="Times New Roman"/>
        </w:rPr>
        <w:t xml:space="preserve"> cu </w:t>
      </w:r>
      <w:proofErr w:type="spellStart"/>
      <w:r w:rsidRPr="00F0756C">
        <w:rPr>
          <w:rFonts w:ascii="Times New Roman" w:hAnsi="Times New Roman" w:cs="Times New Roman"/>
        </w:rPr>
        <w:t>granulaţie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mai</w:t>
      </w:r>
      <w:proofErr w:type="spellEnd"/>
      <w:r w:rsidRPr="00F0756C">
        <w:rPr>
          <w:rFonts w:ascii="Times New Roman" w:hAnsi="Times New Roman" w:cs="Times New Roman"/>
        </w:rPr>
        <w:t xml:space="preserve"> mare, conduce la o </w:t>
      </w:r>
      <w:proofErr w:type="spellStart"/>
      <w:r w:rsidRPr="00F0756C">
        <w:rPr>
          <w:rFonts w:ascii="Times New Roman" w:hAnsi="Times New Roman" w:cs="Times New Roman"/>
        </w:rPr>
        <w:t>pâine</w:t>
      </w:r>
      <w:proofErr w:type="spellEnd"/>
      <w:r w:rsidRPr="00F0756C">
        <w:rPr>
          <w:rFonts w:ascii="Times New Roman" w:hAnsi="Times New Roman" w:cs="Times New Roman"/>
        </w:rPr>
        <w:t xml:space="preserve"> cu </w:t>
      </w:r>
      <w:proofErr w:type="spellStart"/>
      <w:r w:rsidRPr="00F0756C">
        <w:rPr>
          <w:rFonts w:ascii="Times New Roman" w:hAnsi="Times New Roman" w:cs="Times New Roman"/>
        </w:rPr>
        <w:t>miezul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aspru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sfărâmicios</w:t>
      </w:r>
      <w:proofErr w:type="spellEnd"/>
      <w:r w:rsidRPr="00F0756C">
        <w:rPr>
          <w:rFonts w:ascii="Times New Roman" w:hAnsi="Times New Roman" w:cs="Times New Roman"/>
        </w:rPr>
        <w:t xml:space="preserve">, cu </w:t>
      </w:r>
      <w:proofErr w:type="spellStart"/>
      <w:r w:rsidRPr="00F0756C">
        <w:rPr>
          <w:rFonts w:ascii="Times New Roman" w:hAnsi="Times New Roman" w:cs="Times New Roman"/>
        </w:rPr>
        <w:t>pori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mari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nedezvoltată</w:t>
      </w:r>
      <w:proofErr w:type="spellEnd"/>
      <w:r w:rsidRPr="00F0756C">
        <w:rPr>
          <w:rFonts w:ascii="Times New Roman" w:hAnsi="Times New Roman" w:cs="Times New Roman"/>
        </w:rPr>
        <w:t xml:space="preserve">. </w:t>
      </w:r>
    </w:p>
    <w:p w:rsidR="00F0756C" w:rsidRDefault="00F0756C" w:rsidP="00F0756C">
      <w:pPr>
        <w:pStyle w:val="ListBullet"/>
        <w:numPr>
          <w:ilvl w:val="0"/>
          <w:numId w:val="0"/>
        </w:numPr>
        <w:jc w:val="both"/>
        <w:rPr>
          <w:rFonts w:ascii="Times New Roman" w:hAnsi="Times New Roman" w:cs="Times New Roman"/>
        </w:rPr>
      </w:pPr>
    </w:p>
    <w:p w:rsidR="00F0756C" w:rsidRDefault="00F0756C" w:rsidP="00F0756C">
      <w:pPr>
        <w:pStyle w:val="ListBullet"/>
        <w:numPr>
          <w:ilvl w:val="0"/>
          <w:numId w:val="0"/>
        </w:numPr>
        <w:jc w:val="both"/>
        <w:rPr>
          <w:rFonts w:ascii="Times New Roman" w:hAnsi="Times New Roman" w:cs="Times New Roman"/>
        </w:rPr>
      </w:pPr>
      <w:proofErr w:type="spellStart"/>
      <w:r w:rsidRPr="00F0756C">
        <w:rPr>
          <w:rFonts w:ascii="Times New Roman" w:hAnsi="Times New Roman" w:cs="Times New Roman"/>
          <w:b/>
        </w:rPr>
        <w:t>Proprietăţile</w:t>
      </w:r>
      <w:proofErr w:type="spellEnd"/>
      <w:r w:rsidRPr="00F0756C">
        <w:rPr>
          <w:rFonts w:ascii="Times New Roman" w:hAnsi="Times New Roman" w:cs="Times New Roman"/>
          <w:b/>
        </w:rPr>
        <w:t xml:space="preserve"> de </w:t>
      </w:r>
      <w:proofErr w:type="spellStart"/>
      <w:r w:rsidRPr="00F0756C">
        <w:rPr>
          <w:rFonts w:ascii="Times New Roman" w:hAnsi="Times New Roman" w:cs="Times New Roman"/>
          <w:b/>
        </w:rPr>
        <w:t>panificaţie</w:t>
      </w:r>
      <w:proofErr w:type="spellEnd"/>
      <w:r w:rsidRPr="00F0756C">
        <w:rPr>
          <w:rFonts w:ascii="Times New Roman" w:hAnsi="Times New Roman" w:cs="Times New Roman"/>
          <w:b/>
        </w:rPr>
        <w:t xml:space="preserve"> (</w:t>
      </w:r>
      <w:proofErr w:type="spellStart"/>
      <w:r w:rsidRPr="00F0756C">
        <w:rPr>
          <w:rFonts w:ascii="Times New Roman" w:hAnsi="Times New Roman" w:cs="Times New Roman"/>
          <w:b/>
        </w:rPr>
        <w:t>tehnologice</w:t>
      </w:r>
      <w:proofErr w:type="spellEnd"/>
      <w:r w:rsidRPr="00F0756C">
        <w:rPr>
          <w:rFonts w:ascii="Times New Roman" w:hAnsi="Times New Roman" w:cs="Times New Roman"/>
          <w:b/>
        </w:rPr>
        <w:t xml:space="preserve">) ale </w:t>
      </w:r>
      <w:proofErr w:type="spellStart"/>
      <w:r w:rsidRPr="00F0756C">
        <w:rPr>
          <w:rFonts w:ascii="Times New Roman" w:hAnsi="Times New Roman" w:cs="Times New Roman"/>
          <w:b/>
        </w:rPr>
        <w:t>făinii</w:t>
      </w:r>
      <w:proofErr w:type="spellEnd"/>
      <w:r w:rsidRPr="00F0756C">
        <w:rPr>
          <w:rFonts w:ascii="Times New Roman" w:hAnsi="Times New Roman" w:cs="Times New Roman"/>
          <w:b/>
        </w:rPr>
        <w:t>.</w:t>
      </w:r>
      <w:r w:rsidRPr="00F0756C">
        <w:rPr>
          <w:rFonts w:ascii="Times New Roman" w:hAnsi="Times New Roman" w:cs="Times New Roman"/>
        </w:rPr>
        <w:t xml:space="preserve"> </w:t>
      </w:r>
    </w:p>
    <w:p w:rsidR="001B29BB" w:rsidRDefault="00F0756C" w:rsidP="00F0756C">
      <w:pPr>
        <w:pStyle w:val="ListBullet"/>
        <w:numPr>
          <w:ilvl w:val="0"/>
          <w:numId w:val="0"/>
        </w:numPr>
        <w:jc w:val="both"/>
        <w:rPr>
          <w:rFonts w:ascii="Times New Roman" w:hAnsi="Times New Roman" w:cs="Times New Roman"/>
        </w:rPr>
      </w:pPr>
      <w:proofErr w:type="spellStart"/>
      <w:r w:rsidRPr="00F0756C">
        <w:rPr>
          <w:rFonts w:ascii="Times New Roman" w:hAnsi="Times New Roman" w:cs="Times New Roman"/>
        </w:rPr>
        <w:t>Proprietăţile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panificaţie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caracterizează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comportarea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tehnologică</w:t>
      </w:r>
      <w:proofErr w:type="spellEnd"/>
      <w:r w:rsidRPr="00F0756C">
        <w:rPr>
          <w:rFonts w:ascii="Times New Roman" w:hAnsi="Times New Roman" w:cs="Times New Roman"/>
        </w:rPr>
        <w:t xml:space="preserve"> a </w:t>
      </w:r>
      <w:proofErr w:type="spellStart"/>
      <w:r w:rsidRPr="00F0756C">
        <w:rPr>
          <w:rFonts w:ascii="Times New Roman" w:hAnsi="Times New Roman" w:cs="Times New Roman"/>
        </w:rPr>
        <w:t>făinii</w:t>
      </w:r>
      <w:proofErr w:type="spellEnd"/>
      <w:r w:rsidRPr="00F0756C">
        <w:rPr>
          <w:rFonts w:ascii="Times New Roman" w:hAnsi="Times New Roman" w:cs="Times New Roman"/>
        </w:rPr>
        <w:t xml:space="preserve">. </w:t>
      </w:r>
      <w:proofErr w:type="spellStart"/>
      <w:r w:rsidRPr="00F0756C">
        <w:rPr>
          <w:rFonts w:ascii="Times New Roman" w:hAnsi="Times New Roman" w:cs="Times New Roman"/>
        </w:rPr>
        <w:t>Acestea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sunt</w:t>
      </w:r>
      <w:proofErr w:type="spellEnd"/>
      <w:r w:rsidRPr="00F0756C">
        <w:rPr>
          <w:rFonts w:ascii="Times New Roman" w:hAnsi="Times New Roman" w:cs="Times New Roman"/>
        </w:rPr>
        <w:t xml:space="preserve">: </w:t>
      </w:r>
      <w:proofErr w:type="spellStart"/>
      <w:r w:rsidRPr="00F0756C">
        <w:rPr>
          <w:rFonts w:ascii="Times New Roman" w:hAnsi="Times New Roman" w:cs="Times New Roman"/>
          <w:i/>
        </w:rPr>
        <w:t>Capacitatea</w:t>
      </w:r>
      <w:proofErr w:type="spellEnd"/>
      <w:r w:rsidRPr="00F0756C">
        <w:rPr>
          <w:rFonts w:ascii="Times New Roman" w:hAnsi="Times New Roman" w:cs="Times New Roman"/>
          <w:i/>
        </w:rPr>
        <w:t xml:space="preserve"> de </w:t>
      </w:r>
      <w:proofErr w:type="spellStart"/>
      <w:r w:rsidRPr="00F0756C">
        <w:rPr>
          <w:rFonts w:ascii="Times New Roman" w:hAnsi="Times New Roman" w:cs="Times New Roman"/>
          <w:i/>
        </w:rPr>
        <w:t>hidratare</w:t>
      </w:r>
      <w:proofErr w:type="spellEnd"/>
      <w:r w:rsidRPr="00F0756C">
        <w:rPr>
          <w:rFonts w:ascii="Times New Roman" w:hAnsi="Times New Roman" w:cs="Times New Roman"/>
        </w:rPr>
        <w:t xml:space="preserve"> - </w:t>
      </w:r>
      <w:proofErr w:type="spellStart"/>
      <w:r w:rsidRPr="00F0756C">
        <w:rPr>
          <w:rFonts w:ascii="Times New Roman" w:hAnsi="Times New Roman" w:cs="Times New Roman"/>
        </w:rPr>
        <w:t>reprezintă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cantitatea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apă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absorbită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făină</w:t>
      </w:r>
      <w:proofErr w:type="spellEnd"/>
      <w:r w:rsidRPr="00F0756C">
        <w:rPr>
          <w:rFonts w:ascii="Times New Roman" w:hAnsi="Times New Roman" w:cs="Times New Roman"/>
        </w:rPr>
        <w:t xml:space="preserve"> la </w:t>
      </w:r>
      <w:proofErr w:type="spellStart"/>
      <w:r w:rsidRPr="00F0756C">
        <w:rPr>
          <w:rFonts w:ascii="Times New Roman" w:hAnsi="Times New Roman" w:cs="Times New Roman"/>
        </w:rPr>
        <w:t>prepararea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aluatului</w:t>
      </w:r>
      <w:proofErr w:type="spellEnd"/>
      <w:r w:rsidRPr="00F0756C">
        <w:rPr>
          <w:rFonts w:ascii="Times New Roman" w:hAnsi="Times New Roman" w:cs="Times New Roman"/>
        </w:rPr>
        <w:t xml:space="preserve">. </w:t>
      </w:r>
      <w:proofErr w:type="spellStart"/>
      <w:r w:rsidRPr="00F0756C">
        <w:rPr>
          <w:rFonts w:ascii="Times New Roman" w:hAnsi="Times New Roman" w:cs="Times New Roman"/>
        </w:rPr>
        <w:t>Capacitatea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hidratare</w:t>
      </w:r>
      <w:proofErr w:type="spellEnd"/>
      <w:r w:rsidRPr="00F0756C">
        <w:rPr>
          <w:rFonts w:ascii="Times New Roman" w:hAnsi="Times New Roman" w:cs="Times New Roman"/>
        </w:rPr>
        <w:t xml:space="preserve"> a </w:t>
      </w:r>
      <w:proofErr w:type="spellStart"/>
      <w:r w:rsidRPr="00F0756C">
        <w:rPr>
          <w:rFonts w:ascii="Times New Roman" w:hAnsi="Times New Roman" w:cs="Times New Roman"/>
        </w:rPr>
        <w:t>făinii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depinde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hidratarea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proteinelor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amidonului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extracţia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umiditatea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făinii</w:t>
      </w:r>
      <w:proofErr w:type="spellEnd"/>
      <w:r w:rsidRPr="00F0756C">
        <w:rPr>
          <w:rFonts w:ascii="Times New Roman" w:hAnsi="Times New Roman" w:cs="Times New Roman"/>
        </w:rPr>
        <w:t xml:space="preserve">. </w:t>
      </w:r>
      <w:proofErr w:type="spellStart"/>
      <w:r w:rsidRPr="00F0756C">
        <w:rPr>
          <w:rFonts w:ascii="Times New Roman" w:hAnsi="Times New Roman" w:cs="Times New Roman"/>
        </w:rPr>
        <w:t>Valorile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normale</w:t>
      </w:r>
      <w:proofErr w:type="spellEnd"/>
      <w:r w:rsidRPr="00F0756C">
        <w:rPr>
          <w:rFonts w:ascii="Times New Roman" w:hAnsi="Times New Roman" w:cs="Times New Roman"/>
        </w:rPr>
        <w:t xml:space="preserve"> ale </w:t>
      </w:r>
      <w:proofErr w:type="spellStart"/>
      <w:r w:rsidRPr="00F0756C">
        <w:rPr>
          <w:rFonts w:ascii="Times New Roman" w:hAnsi="Times New Roman" w:cs="Times New Roman"/>
        </w:rPr>
        <w:t>capacităţii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hidratare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pentru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făinurile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extracţii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diferite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sunt</w:t>
      </w:r>
      <w:proofErr w:type="spellEnd"/>
      <w:r w:rsidRPr="00F0756C">
        <w:rPr>
          <w:rFonts w:ascii="Times New Roman" w:hAnsi="Times New Roman" w:cs="Times New Roman"/>
        </w:rPr>
        <w:t xml:space="preserve">: </w:t>
      </w:r>
      <w:r w:rsidRPr="00F0756C">
        <w:rPr>
          <w:rFonts w:ascii="Times New Roman" w:hAnsi="Times New Roman" w:cs="Times New Roman"/>
        </w:rPr>
        <w:sym w:font="Symbol" w:char="F0B7"/>
      </w:r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neagră</w:t>
      </w:r>
      <w:proofErr w:type="spellEnd"/>
      <w:r w:rsidRPr="00F0756C">
        <w:rPr>
          <w:rFonts w:ascii="Times New Roman" w:hAnsi="Times New Roman" w:cs="Times New Roman"/>
        </w:rPr>
        <w:t xml:space="preserve"> 58-64%; </w:t>
      </w:r>
    </w:p>
    <w:p w:rsidR="001B29BB" w:rsidRDefault="00F0756C" w:rsidP="00F0756C">
      <w:pPr>
        <w:pStyle w:val="ListBullet"/>
        <w:numPr>
          <w:ilvl w:val="0"/>
          <w:numId w:val="0"/>
        </w:numPr>
        <w:jc w:val="both"/>
        <w:rPr>
          <w:rFonts w:ascii="Times New Roman" w:hAnsi="Times New Roman" w:cs="Times New Roman"/>
        </w:rPr>
      </w:pPr>
      <w:r w:rsidRPr="00F0756C">
        <w:rPr>
          <w:rFonts w:ascii="Times New Roman" w:hAnsi="Times New Roman" w:cs="Times New Roman"/>
        </w:rPr>
        <w:sym w:font="Symbol" w:char="F0B7"/>
      </w:r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semialbă</w:t>
      </w:r>
      <w:proofErr w:type="spellEnd"/>
      <w:r w:rsidRPr="00F0756C">
        <w:rPr>
          <w:rFonts w:ascii="Times New Roman" w:hAnsi="Times New Roman" w:cs="Times New Roman"/>
        </w:rPr>
        <w:t xml:space="preserve"> 54-58% ; </w:t>
      </w:r>
    </w:p>
    <w:p w:rsidR="00F0756C" w:rsidRDefault="00F0756C" w:rsidP="00F0756C">
      <w:pPr>
        <w:pStyle w:val="ListBullet"/>
        <w:numPr>
          <w:ilvl w:val="0"/>
          <w:numId w:val="0"/>
        </w:numPr>
        <w:jc w:val="both"/>
        <w:rPr>
          <w:rFonts w:ascii="Times New Roman" w:hAnsi="Times New Roman" w:cs="Times New Roman"/>
        </w:rPr>
      </w:pPr>
      <w:r w:rsidRPr="00F0756C">
        <w:rPr>
          <w:rFonts w:ascii="Times New Roman" w:hAnsi="Times New Roman" w:cs="Times New Roman"/>
        </w:rPr>
        <w:sym w:font="Symbol" w:char="F0B7"/>
      </w:r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albă</w:t>
      </w:r>
      <w:proofErr w:type="spellEnd"/>
      <w:r w:rsidRPr="00F0756C">
        <w:rPr>
          <w:rFonts w:ascii="Times New Roman" w:hAnsi="Times New Roman" w:cs="Times New Roman"/>
        </w:rPr>
        <w:t xml:space="preserve"> 50-55%. </w:t>
      </w:r>
    </w:p>
    <w:p w:rsidR="001B29BB" w:rsidRDefault="00F0756C" w:rsidP="00F0756C">
      <w:pPr>
        <w:pStyle w:val="ListBullet"/>
        <w:numPr>
          <w:ilvl w:val="0"/>
          <w:numId w:val="0"/>
        </w:numPr>
        <w:jc w:val="both"/>
        <w:rPr>
          <w:rFonts w:ascii="Times New Roman" w:hAnsi="Times New Roman" w:cs="Times New Roman"/>
        </w:rPr>
      </w:pPr>
      <w:proofErr w:type="spellStart"/>
      <w:r w:rsidRPr="00F0756C">
        <w:rPr>
          <w:rFonts w:ascii="Times New Roman" w:hAnsi="Times New Roman" w:cs="Times New Roman"/>
          <w:i/>
        </w:rPr>
        <w:t>Capacitatea</w:t>
      </w:r>
      <w:proofErr w:type="spellEnd"/>
      <w:r w:rsidRPr="00F0756C">
        <w:rPr>
          <w:rFonts w:ascii="Times New Roman" w:hAnsi="Times New Roman" w:cs="Times New Roman"/>
          <w:i/>
        </w:rPr>
        <w:t xml:space="preserve"> de a forma gaze</w:t>
      </w:r>
      <w:r w:rsidRPr="00F0756C">
        <w:rPr>
          <w:rFonts w:ascii="Times New Roman" w:hAnsi="Times New Roman" w:cs="Times New Roman"/>
        </w:rPr>
        <w:t xml:space="preserve"> - </w:t>
      </w:r>
      <w:proofErr w:type="spellStart"/>
      <w:r w:rsidRPr="00F0756C">
        <w:rPr>
          <w:rFonts w:ascii="Times New Roman" w:hAnsi="Times New Roman" w:cs="Times New Roman"/>
        </w:rPr>
        <w:t>reprezintă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cantitatea</w:t>
      </w:r>
      <w:proofErr w:type="spellEnd"/>
      <w:r w:rsidRPr="00F0756C">
        <w:rPr>
          <w:rFonts w:ascii="Times New Roman" w:hAnsi="Times New Roman" w:cs="Times New Roman"/>
        </w:rPr>
        <w:t xml:space="preserve"> de gaze care se </w:t>
      </w:r>
      <w:proofErr w:type="spellStart"/>
      <w:r w:rsidRPr="00F0756C">
        <w:rPr>
          <w:rFonts w:ascii="Times New Roman" w:hAnsi="Times New Roman" w:cs="Times New Roman"/>
        </w:rPr>
        <w:t>degajă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într</w:t>
      </w:r>
      <w:proofErr w:type="spellEnd"/>
      <w:r w:rsidRPr="00F0756C">
        <w:rPr>
          <w:rFonts w:ascii="Times New Roman" w:hAnsi="Times New Roman" w:cs="Times New Roman"/>
        </w:rPr>
        <w:t xml:space="preserve">-un </w:t>
      </w:r>
      <w:proofErr w:type="spellStart"/>
      <w:r w:rsidRPr="00F0756C">
        <w:rPr>
          <w:rFonts w:ascii="Times New Roman" w:hAnsi="Times New Roman" w:cs="Times New Roman"/>
        </w:rPr>
        <w:t>aluat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preparat</w:t>
      </w:r>
      <w:proofErr w:type="spellEnd"/>
      <w:r w:rsidRPr="00F0756C">
        <w:rPr>
          <w:rFonts w:ascii="Times New Roman" w:hAnsi="Times New Roman" w:cs="Times New Roman"/>
        </w:rPr>
        <w:t xml:space="preserve"> din </w:t>
      </w:r>
      <w:proofErr w:type="spellStart"/>
      <w:r w:rsidRPr="00F0756C">
        <w:rPr>
          <w:rFonts w:ascii="Times New Roman" w:hAnsi="Times New Roman" w:cs="Times New Roman"/>
        </w:rPr>
        <w:t>făină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apă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drojdie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fermentat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anumite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condiţii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timp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temperatură</w:t>
      </w:r>
      <w:proofErr w:type="spellEnd"/>
      <w:r w:rsidRPr="00F0756C">
        <w:rPr>
          <w:rFonts w:ascii="Times New Roman" w:hAnsi="Times New Roman" w:cs="Times New Roman"/>
        </w:rPr>
        <w:t xml:space="preserve">. Se </w:t>
      </w:r>
      <w:proofErr w:type="spellStart"/>
      <w:r w:rsidRPr="00F0756C">
        <w:rPr>
          <w:rFonts w:ascii="Times New Roman" w:hAnsi="Times New Roman" w:cs="Times New Roman"/>
        </w:rPr>
        <w:t>exprimă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prin</w:t>
      </w:r>
      <w:proofErr w:type="spellEnd"/>
      <w:r w:rsidRPr="00F0756C">
        <w:rPr>
          <w:rFonts w:ascii="Times New Roman" w:hAnsi="Times New Roman" w:cs="Times New Roman"/>
        </w:rPr>
        <w:t xml:space="preserve"> ml de </w:t>
      </w:r>
      <w:proofErr w:type="spellStart"/>
      <w:r w:rsidRPr="00F0756C">
        <w:rPr>
          <w:rFonts w:ascii="Times New Roman" w:hAnsi="Times New Roman" w:cs="Times New Roman"/>
        </w:rPr>
        <w:t>dioxid</w:t>
      </w:r>
      <w:proofErr w:type="spellEnd"/>
      <w:r w:rsidRPr="00F0756C">
        <w:rPr>
          <w:rFonts w:ascii="Times New Roman" w:hAnsi="Times New Roman" w:cs="Times New Roman"/>
        </w:rPr>
        <w:t xml:space="preserve"> de carbon care se </w:t>
      </w:r>
      <w:proofErr w:type="spellStart"/>
      <w:r w:rsidRPr="00F0756C">
        <w:rPr>
          <w:rFonts w:ascii="Times New Roman" w:hAnsi="Times New Roman" w:cs="Times New Roman"/>
        </w:rPr>
        <w:t>formează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într</w:t>
      </w:r>
      <w:proofErr w:type="spellEnd"/>
      <w:r w:rsidRPr="00F0756C">
        <w:rPr>
          <w:rFonts w:ascii="Times New Roman" w:hAnsi="Times New Roman" w:cs="Times New Roman"/>
        </w:rPr>
        <w:t xml:space="preserve">-un </w:t>
      </w:r>
      <w:proofErr w:type="spellStart"/>
      <w:r w:rsidRPr="00F0756C">
        <w:rPr>
          <w:rFonts w:ascii="Times New Roman" w:hAnsi="Times New Roman" w:cs="Times New Roman"/>
        </w:rPr>
        <w:t>aluat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preparat</w:t>
      </w:r>
      <w:proofErr w:type="spellEnd"/>
      <w:r w:rsidRPr="00F0756C">
        <w:rPr>
          <w:rFonts w:ascii="Times New Roman" w:hAnsi="Times New Roman" w:cs="Times New Roman"/>
        </w:rPr>
        <w:t xml:space="preserve"> din 100 g </w:t>
      </w:r>
      <w:proofErr w:type="spellStart"/>
      <w:r w:rsidRPr="00F0756C">
        <w:rPr>
          <w:rFonts w:ascii="Times New Roman" w:hAnsi="Times New Roman" w:cs="Times New Roman"/>
        </w:rPr>
        <w:t>făină</w:t>
      </w:r>
      <w:proofErr w:type="spellEnd"/>
      <w:r w:rsidRPr="00F0756C">
        <w:rPr>
          <w:rFonts w:ascii="Times New Roman" w:hAnsi="Times New Roman" w:cs="Times New Roman"/>
        </w:rPr>
        <w:t xml:space="preserve">, 60 ml </w:t>
      </w:r>
      <w:proofErr w:type="spellStart"/>
      <w:r w:rsidRPr="00F0756C">
        <w:rPr>
          <w:rFonts w:ascii="Times New Roman" w:hAnsi="Times New Roman" w:cs="Times New Roman"/>
        </w:rPr>
        <w:t>apă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10 g </w:t>
      </w:r>
      <w:proofErr w:type="spellStart"/>
      <w:r w:rsidRPr="00F0756C">
        <w:rPr>
          <w:rFonts w:ascii="Times New Roman" w:hAnsi="Times New Roman" w:cs="Times New Roman"/>
        </w:rPr>
        <w:t>drojdie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presată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fermentat</w:t>
      </w:r>
      <w:proofErr w:type="spellEnd"/>
      <w:r w:rsidRPr="00F0756C">
        <w:rPr>
          <w:rFonts w:ascii="Times New Roman" w:hAnsi="Times New Roman" w:cs="Times New Roman"/>
        </w:rPr>
        <w:t xml:space="preserve"> 5 h la 300C. </w:t>
      </w:r>
      <w:proofErr w:type="spellStart"/>
      <w:r w:rsidRPr="00F0756C">
        <w:rPr>
          <w:rFonts w:ascii="Times New Roman" w:hAnsi="Times New Roman" w:cs="Times New Roman"/>
        </w:rPr>
        <w:t>Capacitatea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făinii</w:t>
      </w:r>
      <w:proofErr w:type="spellEnd"/>
      <w:r w:rsidRPr="00F0756C">
        <w:rPr>
          <w:rFonts w:ascii="Times New Roman" w:hAnsi="Times New Roman" w:cs="Times New Roman"/>
        </w:rPr>
        <w:t xml:space="preserve"> de a forma gaze </w:t>
      </w:r>
      <w:proofErr w:type="spellStart"/>
      <w:r w:rsidRPr="00F0756C">
        <w:rPr>
          <w:rFonts w:ascii="Times New Roman" w:hAnsi="Times New Roman" w:cs="Times New Roman"/>
        </w:rPr>
        <w:t>este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influenţată</w:t>
      </w:r>
      <w:proofErr w:type="spellEnd"/>
      <w:r w:rsidRPr="00F0756C">
        <w:rPr>
          <w:rFonts w:ascii="Times New Roman" w:hAnsi="Times New Roman" w:cs="Times New Roman"/>
        </w:rPr>
        <w:t xml:space="preserve"> de: </w:t>
      </w:r>
    </w:p>
    <w:p w:rsidR="001B29BB" w:rsidRDefault="00F0756C" w:rsidP="00F0756C">
      <w:pPr>
        <w:pStyle w:val="ListBullet"/>
        <w:numPr>
          <w:ilvl w:val="0"/>
          <w:numId w:val="0"/>
        </w:numPr>
        <w:jc w:val="both"/>
        <w:rPr>
          <w:rFonts w:ascii="Times New Roman" w:hAnsi="Times New Roman" w:cs="Times New Roman"/>
        </w:rPr>
      </w:pPr>
      <w:r w:rsidRPr="00F0756C">
        <w:rPr>
          <w:rFonts w:ascii="Times New Roman" w:hAnsi="Times New Roman" w:cs="Times New Roman"/>
        </w:rPr>
        <w:sym w:font="Symbol" w:char="F0B7"/>
      </w:r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conţinutul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glucide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proprii</w:t>
      </w:r>
      <w:proofErr w:type="spellEnd"/>
      <w:r w:rsidRPr="00F0756C">
        <w:rPr>
          <w:rFonts w:ascii="Times New Roman" w:hAnsi="Times New Roman" w:cs="Times New Roman"/>
        </w:rPr>
        <w:t xml:space="preserve"> ale </w:t>
      </w:r>
      <w:proofErr w:type="spellStart"/>
      <w:r w:rsidRPr="00F0756C">
        <w:rPr>
          <w:rFonts w:ascii="Times New Roman" w:hAnsi="Times New Roman" w:cs="Times New Roman"/>
        </w:rPr>
        <w:t>făinii</w:t>
      </w:r>
      <w:proofErr w:type="spellEnd"/>
      <w:r w:rsidRPr="00F0756C">
        <w:rPr>
          <w:rFonts w:ascii="Times New Roman" w:hAnsi="Times New Roman" w:cs="Times New Roman"/>
        </w:rPr>
        <w:t xml:space="preserve">; </w:t>
      </w:r>
      <w:proofErr w:type="spellStart"/>
      <w:r w:rsidRPr="00F0756C">
        <w:rPr>
          <w:rFonts w:ascii="Times New Roman" w:hAnsi="Times New Roman" w:cs="Times New Roman"/>
        </w:rPr>
        <w:t>făinurile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conţin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cantităţi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mici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glucide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fermentescibile</w:t>
      </w:r>
      <w:proofErr w:type="spellEnd"/>
      <w:r w:rsidRPr="00F0756C">
        <w:rPr>
          <w:rFonts w:ascii="Times New Roman" w:hAnsi="Times New Roman" w:cs="Times New Roman"/>
        </w:rPr>
        <w:t xml:space="preserve"> care </w:t>
      </w:r>
      <w:proofErr w:type="spellStart"/>
      <w:r w:rsidRPr="00F0756C">
        <w:rPr>
          <w:rFonts w:ascii="Times New Roman" w:hAnsi="Times New Roman" w:cs="Times New Roman"/>
        </w:rPr>
        <w:t>în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aluat</w:t>
      </w:r>
      <w:proofErr w:type="spellEnd"/>
      <w:r w:rsidRPr="00F0756C">
        <w:rPr>
          <w:rFonts w:ascii="Times New Roman" w:hAnsi="Times New Roman" w:cs="Times New Roman"/>
        </w:rPr>
        <w:t xml:space="preserve"> au </w:t>
      </w:r>
      <w:proofErr w:type="spellStart"/>
      <w:r w:rsidRPr="00F0756C">
        <w:rPr>
          <w:rFonts w:ascii="Times New Roman" w:hAnsi="Times New Roman" w:cs="Times New Roman"/>
        </w:rPr>
        <w:t>rolul</w:t>
      </w:r>
      <w:proofErr w:type="spellEnd"/>
      <w:r w:rsidRPr="00F0756C">
        <w:rPr>
          <w:rFonts w:ascii="Times New Roman" w:hAnsi="Times New Roman" w:cs="Times New Roman"/>
        </w:rPr>
        <w:t xml:space="preserve"> de a </w:t>
      </w:r>
      <w:proofErr w:type="spellStart"/>
      <w:r w:rsidRPr="00F0756C">
        <w:rPr>
          <w:rFonts w:ascii="Times New Roman" w:hAnsi="Times New Roman" w:cs="Times New Roman"/>
        </w:rPr>
        <w:t>declanşa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procesul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fermentare</w:t>
      </w:r>
      <w:proofErr w:type="spellEnd"/>
      <w:r w:rsidRPr="00F0756C">
        <w:rPr>
          <w:rFonts w:ascii="Times New Roman" w:hAnsi="Times New Roman" w:cs="Times New Roman"/>
        </w:rPr>
        <w:t>.</w:t>
      </w:r>
    </w:p>
    <w:p w:rsidR="001B29BB" w:rsidRDefault="00F0756C" w:rsidP="00F0756C">
      <w:pPr>
        <w:pStyle w:val="ListBullet"/>
        <w:numPr>
          <w:ilvl w:val="0"/>
          <w:numId w:val="0"/>
        </w:numPr>
        <w:jc w:val="both"/>
        <w:rPr>
          <w:rFonts w:ascii="Times New Roman" w:hAnsi="Times New Roman" w:cs="Times New Roman"/>
        </w:rPr>
      </w:pPr>
      <w:r w:rsidRPr="00F0756C">
        <w:rPr>
          <w:rFonts w:ascii="Times New Roman" w:hAnsi="Times New Roman" w:cs="Times New Roman"/>
        </w:rPr>
        <w:sym w:font="Symbol" w:char="F0B7"/>
      </w:r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capacitatea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făinii</w:t>
      </w:r>
      <w:proofErr w:type="spellEnd"/>
      <w:r w:rsidRPr="00F0756C">
        <w:rPr>
          <w:rFonts w:ascii="Times New Roman" w:hAnsi="Times New Roman" w:cs="Times New Roman"/>
        </w:rPr>
        <w:t xml:space="preserve"> de a forma </w:t>
      </w:r>
      <w:proofErr w:type="spellStart"/>
      <w:r w:rsidRPr="00F0756C">
        <w:rPr>
          <w:rFonts w:ascii="Times New Roman" w:hAnsi="Times New Roman" w:cs="Times New Roman"/>
        </w:rPr>
        <w:t>glucide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fermentescibile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este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proprietatea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aluatului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preparat</w:t>
      </w:r>
      <w:proofErr w:type="spellEnd"/>
      <w:r w:rsidRPr="00F0756C">
        <w:rPr>
          <w:rFonts w:ascii="Times New Roman" w:hAnsi="Times New Roman" w:cs="Times New Roman"/>
        </w:rPr>
        <w:t xml:space="preserve"> din </w:t>
      </w:r>
      <w:proofErr w:type="spellStart"/>
      <w:r w:rsidRPr="00F0756C">
        <w:rPr>
          <w:rFonts w:ascii="Times New Roman" w:hAnsi="Times New Roman" w:cs="Times New Roman"/>
        </w:rPr>
        <w:t>făină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apă</w:t>
      </w:r>
      <w:proofErr w:type="spellEnd"/>
      <w:r w:rsidRPr="00F0756C">
        <w:rPr>
          <w:rFonts w:ascii="Times New Roman" w:hAnsi="Times New Roman" w:cs="Times New Roman"/>
        </w:rPr>
        <w:t xml:space="preserve"> de a forma, la o </w:t>
      </w:r>
      <w:proofErr w:type="spellStart"/>
      <w:r w:rsidRPr="00F0756C">
        <w:rPr>
          <w:rFonts w:ascii="Times New Roman" w:hAnsi="Times New Roman" w:cs="Times New Roman"/>
        </w:rPr>
        <w:t>anumită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temperatură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într</w:t>
      </w:r>
      <w:proofErr w:type="spellEnd"/>
      <w:r w:rsidRPr="00F0756C">
        <w:rPr>
          <w:rFonts w:ascii="Times New Roman" w:hAnsi="Times New Roman" w:cs="Times New Roman"/>
        </w:rPr>
        <w:t xml:space="preserve">-un </w:t>
      </w:r>
      <w:proofErr w:type="spellStart"/>
      <w:r w:rsidRPr="00F0756C">
        <w:rPr>
          <w:rFonts w:ascii="Times New Roman" w:hAnsi="Times New Roman" w:cs="Times New Roman"/>
        </w:rPr>
        <w:t>anumit</w:t>
      </w:r>
      <w:proofErr w:type="spellEnd"/>
      <w:r w:rsidRPr="00F0756C">
        <w:rPr>
          <w:rFonts w:ascii="Times New Roman" w:hAnsi="Times New Roman" w:cs="Times New Roman"/>
        </w:rPr>
        <w:t xml:space="preserve"> interval de </w:t>
      </w:r>
      <w:proofErr w:type="spellStart"/>
      <w:r w:rsidRPr="00F0756C">
        <w:rPr>
          <w:rFonts w:ascii="Times New Roman" w:hAnsi="Times New Roman" w:cs="Times New Roman"/>
        </w:rPr>
        <w:t>timp</w:t>
      </w:r>
      <w:proofErr w:type="spellEnd"/>
      <w:r w:rsidRPr="00F0756C">
        <w:rPr>
          <w:rFonts w:ascii="Times New Roman" w:hAnsi="Times New Roman" w:cs="Times New Roman"/>
        </w:rPr>
        <w:t xml:space="preserve">, o </w:t>
      </w:r>
      <w:proofErr w:type="spellStart"/>
      <w:r w:rsidRPr="00F0756C">
        <w:rPr>
          <w:rFonts w:ascii="Times New Roman" w:hAnsi="Times New Roman" w:cs="Times New Roman"/>
        </w:rPr>
        <w:t>cantitate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maltoză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lastRenderedPageBreak/>
        <w:t>prin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hidroliza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amidonului</w:t>
      </w:r>
      <w:proofErr w:type="spellEnd"/>
      <w:r w:rsidRPr="00F0756C">
        <w:rPr>
          <w:rFonts w:ascii="Times New Roman" w:hAnsi="Times New Roman" w:cs="Times New Roman"/>
        </w:rPr>
        <w:t xml:space="preserve"> sub </w:t>
      </w:r>
      <w:proofErr w:type="spellStart"/>
      <w:r w:rsidRPr="00F0756C">
        <w:rPr>
          <w:rFonts w:ascii="Times New Roman" w:hAnsi="Times New Roman" w:cs="Times New Roman"/>
        </w:rPr>
        <w:t>acţiunea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enzimelor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amilolitice</w:t>
      </w:r>
      <w:proofErr w:type="spellEnd"/>
      <w:r w:rsidRPr="00F0756C">
        <w:rPr>
          <w:rFonts w:ascii="Times New Roman" w:hAnsi="Times New Roman" w:cs="Times New Roman"/>
        </w:rPr>
        <w:t xml:space="preserve">. </w:t>
      </w:r>
      <w:proofErr w:type="spellStart"/>
      <w:r w:rsidRPr="00F0756C">
        <w:rPr>
          <w:rFonts w:ascii="Times New Roman" w:hAnsi="Times New Roman" w:cs="Times New Roman"/>
        </w:rPr>
        <w:t>Capacitatea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făinii</w:t>
      </w:r>
      <w:proofErr w:type="spellEnd"/>
      <w:r w:rsidRPr="00F0756C">
        <w:rPr>
          <w:rFonts w:ascii="Times New Roman" w:hAnsi="Times New Roman" w:cs="Times New Roman"/>
        </w:rPr>
        <w:t xml:space="preserve"> de a forma gaze </w:t>
      </w:r>
      <w:proofErr w:type="spellStart"/>
      <w:r w:rsidRPr="00F0756C">
        <w:rPr>
          <w:rFonts w:ascii="Times New Roman" w:hAnsi="Times New Roman" w:cs="Times New Roman"/>
        </w:rPr>
        <w:t>influenţează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volumul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porozitatea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pâinii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culoarea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cojii</w:t>
      </w:r>
      <w:proofErr w:type="spellEnd"/>
      <w:r w:rsidRPr="00F0756C">
        <w:rPr>
          <w:rFonts w:ascii="Times New Roman" w:hAnsi="Times New Roman" w:cs="Times New Roman"/>
        </w:rPr>
        <w:t xml:space="preserve">. </w:t>
      </w:r>
      <w:proofErr w:type="spellStart"/>
      <w:r w:rsidRPr="00F0756C">
        <w:rPr>
          <w:rFonts w:ascii="Times New Roman" w:hAnsi="Times New Roman" w:cs="Times New Roman"/>
        </w:rPr>
        <w:t>Făinurile</w:t>
      </w:r>
      <w:proofErr w:type="spellEnd"/>
      <w:r w:rsidRPr="00F0756C">
        <w:rPr>
          <w:rFonts w:ascii="Times New Roman" w:hAnsi="Times New Roman" w:cs="Times New Roman"/>
        </w:rPr>
        <w:t xml:space="preserve"> cu capacitate </w:t>
      </w:r>
      <w:proofErr w:type="spellStart"/>
      <w:r w:rsidRPr="00F0756C">
        <w:rPr>
          <w:rFonts w:ascii="Times New Roman" w:hAnsi="Times New Roman" w:cs="Times New Roman"/>
        </w:rPr>
        <w:t>redusă</w:t>
      </w:r>
      <w:proofErr w:type="spellEnd"/>
      <w:r w:rsidRPr="00F0756C">
        <w:rPr>
          <w:rFonts w:ascii="Times New Roman" w:hAnsi="Times New Roman" w:cs="Times New Roman"/>
        </w:rPr>
        <w:t xml:space="preserve"> de a forma gaze nu </w:t>
      </w:r>
      <w:proofErr w:type="spellStart"/>
      <w:r w:rsidRPr="00F0756C">
        <w:rPr>
          <w:rFonts w:ascii="Times New Roman" w:hAnsi="Times New Roman" w:cs="Times New Roman"/>
        </w:rPr>
        <w:t>asigură</w:t>
      </w:r>
      <w:proofErr w:type="spellEnd"/>
      <w:r w:rsidRPr="00F0756C">
        <w:rPr>
          <w:rFonts w:ascii="Times New Roman" w:hAnsi="Times New Roman" w:cs="Times New Roman"/>
        </w:rPr>
        <w:t xml:space="preserve"> o </w:t>
      </w:r>
      <w:proofErr w:type="spellStart"/>
      <w:r w:rsidRPr="00F0756C">
        <w:rPr>
          <w:rFonts w:ascii="Times New Roman" w:hAnsi="Times New Roman" w:cs="Times New Roman"/>
        </w:rPr>
        <w:t>intensitate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suficientă</w:t>
      </w:r>
      <w:proofErr w:type="spellEnd"/>
      <w:r w:rsidRPr="00F0756C">
        <w:rPr>
          <w:rFonts w:ascii="Times New Roman" w:hAnsi="Times New Roman" w:cs="Times New Roman"/>
        </w:rPr>
        <w:t xml:space="preserve"> a </w:t>
      </w:r>
      <w:proofErr w:type="spellStart"/>
      <w:r w:rsidRPr="00F0756C">
        <w:rPr>
          <w:rFonts w:ascii="Times New Roman" w:hAnsi="Times New Roman" w:cs="Times New Roman"/>
        </w:rPr>
        <w:t>fermentării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fazele</w:t>
      </w:r>
      <w:proofErr w:type="spellEnd"/>
      <w:r w:rsidRPr="00F0756C">
        <w:rPr>
          <w:rFonts w:ascii="Times New Roman" w:hAnsi="Times New Roman" w:cs="Times New Roman"/>
        </w:rPr>
        <w:t xml:space="preserve"> finale ale </w:t>
      </w:r>
      <w:proofErr w:type="spellStart"/>
      <w:r w:rsidRPr="00F0756C">
        <w:rPr>
          <w:rFonts w:ascii="Times New Roman" w:hAnsi="Times New Roman" w:cs="Times New Roman"/>
        </w:rPr>
        <w:t>procesului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tehnologic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ca </w:t>
      </w:r>
      <w:proofErr w:type="spellStart"/>
      <w:r w:rsidRPr="00F0756C">
        <w:rPr>
          <w:rFonts w:ascii="Times New Roman" w:hAnsi="Times New Roman" w:cs="Times New Roman"/>
        </w:rPr>
        <w:t>urmare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pâinea</w:t>
      </w:r>
      <w:proofErr w:type="spellEnd"/>
      <w:r w:rsidRPr="00F0756C">
        <w:rPr>
          <w:rFonts w:ascii="Times New Roman" w:hAnsi="Times New Roman" w:cs="Times New Roman"/>
        </w:rPr>
        <w:t xml:space="preserve"> se </w:t>
      </w:r>
      <w:proofErr w:type="spellStart"/>
      <w:r w:rsidRPr="00F0756C">
        <w:rPr>
          <w:rFonts w:ascii="Times New Roman" w:hAnsi="Times New Roman" w:cs="Times New Roman"/>
        </w:rPr>
        <w:t>obţine</w:t>
      </w:r>
      <w:proofErr w:type="spellEnd"/>
      <w:r w:rsidRPr="00F0756C">
        <w:rPr>
          <w:rFonts w:ascii="Times New Roman" w:hAnsi="Times New Roman" w:cs="Times New Roman"/>
        </w:rPr>
        <w:t xml:space="preserve"> cu </w:t>
      </w:r>
      <w:proofErr w:type="spellStart"/>
      <w:r w:rsidRPr="00F0756C">
        <w:rPr>
          <w:rFonts w:ascii="Times New Roman" w:hAnsi="Times New Roman" w:cs="Times New Roman"/>
        </w:rPr>
        <w:t>volum</w:t>
      </w:r>
      <w:proofErr w:type="spellEnd"/>
      <w:r w:rsidRPr="00F0756C">
        <w:rPr>
          <w:rFonts w:ascii="Times New Roman" w:hAnsi="Times New Roman" w:cs="Times New Roman"/>
        </w:rPr>
        <w:t xml:space="preserve"> mic, </w:t>
      </w:r>
      <w:proofErr w:type="spellStart"/>
      <w:r w:rsidRPr="00F0756C">
        <w:rPr>
          <w:rFonts w:ascii="Times New Roman" w:hAnsi="Times New Roman" w:cs="Times New Roman"/>
        </w:rPr>
        <w:t>nedezvoltat</w:t>
      </w:r>
      <w:proofErr w:type="spellEnd"/>
      <w:r w:rsidRPr="00F0756C">
        <w:rPr>
          <w:rFonts w:ascii="Times New Roman" w:hAnsi="Times New Roman" w:cs="Times New Roman"/>
        </w:rPr>
        <w:t xml:space="preserve">. </w:t>
      </w:r>
      <w:proofErr w:type="spellStart"/>
      <w:r w:rsidRPr="00F0756C">
        <w:rPr>
          <w:rFonts w:ascii="Times New Roman" w:hAnsi="Times New Roman" w:cs="Times New Roman"/>
        </w:rPr>
        <w:t>În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cazul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făinurilor</w:t>
      </w:r>
      <w:proofErr w:type="spellEnd"/>
      <w:r w:rsidRPr="00F0756C">
        <w:rPr>
          <w:rFonts w:ascii="Times New Roman" w:hAnsi="Times New Roman" w:cs="Times New Roman"/>
        </w:rPr>
        <w:t xml:space="preserve"> cu capacitate mare de </w:t>
      </w:r>
      <w:proofErr w:type="spellStart"/>
      <w:r w:rsidRPr="00F0756C">
        <w:rPr>
          <w:rFonts w:ascii="Times New Roman" w:hAnsi="Times New Roman" w:cs="Times New Roman"/>
        </w:rPr>
        <w:t>formare</w:t>
      </w:r>
      <w:proofErr w:type="spellEnd"/>
      <w:r w:rsidRPr="00F0756C">
        <w:rPr>
          <w:rFonts w:ascii="Times New Roman" w:hAnsi="Times New Roman" w:cs="Times New Roman"/>
        </w:rPr>
        <w:t xml:space="preserve"> a </w:t>
      </w:r>
      <w:proofErr w:type="spellStart"/>
      <w:r w:rsidRPr="00F0756C">
        <w:rPr>
          <w:rFonts w:ascii="Times New Roman" w:hAnsi="Times New Roman" w:cs="Times New Roman"/>
        </w:rPr>
        <w:t>gazelor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volumul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pâinii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porozitatea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ei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vor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depinde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capacitatea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aluatului</w:t>
      </w:r>
      <w:proofErr w:type="spellEnd"/>
      <w:r w:rsidRPr="00F0756C">
        <w:rPr>
          <w:rFonts w:ascii="Times New Roman" w:hAnsi="Times New Roman" w:cs="Times New Roman"/>
        </w:rPr>
        <w:t xml:space="preserve"> de a </w:t>
      </w:r>
      <w:proofErr w:type="spellStart"/>
      <w:r w:rsidRPr="00F0756C">
        <w:rPr>
          <w:rFonts w:ascii="Times New Roman" w:hAnsi="Times New Roman" w:cs="Times New Roman"/>
        </w:rPr>
        <w:t>reţine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gazele</w:t>
      </w:r>
      <w:proofErr w:type="spellEnd"/>
      <w:r w:rsidRPr="00F0756C">
        <w:rPr>
          <w:rFonts w:ascii="Times New Roman" w:hAnsi="Times New Roman" w:cs="Times New Roman"/>
        </w:rPr>
        <w:t xml:space="preserve">. </w:t>
      </w:r>
      <w:proofErr w:type="spellStart"/>
      <w:r w:rsidRPr="00F0756C">
        <w:rPr>
          <w:rFonts w:ascii="Times New Roman" w:hAnsi="Times New Roman" w:cs="Times New Roman"/>
        </w:rPr>
        <w:t>Creşterea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volumului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pâinii</w:t>
      </w:r>
      <w:proofErr w:type="spellEnd"/>
      <w:r w:rsidRPr="00F0756C">
        <w:rPr>
          <w:rFonts w:ascii="Times New Roman" w:hAnsi="Times New Roman" w:cs="Times New Roman"/>
        </w:rPr>
        <w:t xml:space="preserve"> are </w:t>
      </w:r>
      <w:proofErr w:type="spellStart"/>
      <w:r w:rsidRPr="00F0756C">
        <w:rPr>
          <w:rFonts w:ascii="Times New Roman" w:hAnsi="Times New Roman" w:cs="Times New Roman"/>
        </w:rPr>
        <w:t>loc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până</w:t>
      </w:r>
      <w:proofErr w:type="spellEnd"/>
      <w:r w:rsidRPr="00F0756C">
        <w:rPr>
          <w:rFonts w:ascii="Times New Roman" w:hAnsi="Times New Roman" w:cs="Times New Roman"/>
        </w:rPr>
        <w:t xml:space="preserve"> la o </w:t>
      </w:r>
      <w:proofErr w:type="spellStart"/>
      <w:r w:rsidRPr="00F0756C">
        <w:rPr>
          <w:rFonts w:ascii="Times New Roman" w:hAnsi="Times New Roman" w:cs="Times New Roman"/>
        </w:rPr>
        <w:t>valoare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maximă</w:t>
      </w:r>
      <w:proofErr w:type="spellEnd"/>
      <w:r w:rsidRPr="00F0756C">
        <w:rPr>
          <w:rFonts w:ascii="Times New Roman" w:hAnsi="Times New Roman" w:cs="Times New Roman"/>
        </w:rPr>
        <w:t xml:space="preserve">, care </w:t>
      </w:r>
      <w:proofErr w:type="spellStart"/>
      <w:r w:rsidRPr="00F0756C">
        <w:rPr>
          <w:rFonts w:ascii="Times New Roman" w:hAnsi="Times New Roman" w:cs="Times New Roman"/>
        </w:rPr>
        <w:t>corespunde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capacităţii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aluatului</w:t>
      </w:r>
      <w:proofErr w:type="spellEnd"/>
      <w:r w:rsidRPr="00F0756C">
        <w:rPr>
          <w:rFonts w:ascii="Times New Roman" w:hAnsi="Times New Roman" w:cs="Times New Roman"/>
        </w:rPr>
        <w:t xml:space="preserve"> de a </w:t>
      </w:r>
      <w:proofErr w:type="spellStart"/>
      <w:r w:rsidRPr="00F0756C">
        <w:rPr>
          <w:rFonts w:ascii="Times New Roman" w:hAnsi="Times New Roman" w:cs="Times New Roman"/>
        </w:rPr>
        <w:t>reţine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gazele</w:t>
      </w:r>
      <w:proofErr w:type="spellEnd"/>
      <w:r w:rsidRPr="00F0756C">
        <w:rPr>
          <w:rFonts w:ascii="Times New Roman" w:hAnsi="Times New Roman" w:cs="Times New Roman"/>
        </w:rPr>
        <w:t xml:space="preserve">. </w:t>
      </w:r>
      <w:proofErr w:type="spellStart"/>
      <w:r w:rsidRPr="00F0756C">
        <w:rPr>
          <w:rFonts w:ascii="Times New Roman" w:hAnsi="Times New Roman" w:cs="Times New Roman"/>
        </w:rPr>
        <w:t>Culoarea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cojii</w:t>
      </w:r>
      <w:proofErr w:type="spellEnd"/>
      <w:r w:rsidRPr="00F0756C">
        <w:rPr>
          <w:rFonts w:ascii="Times New Roman" w:hAnsi="Times New Roman" w:cs="Times New Roman"/>
        </w:rPr>
        <w:t xml:space="preserve"> se </w:t>
      </w:r>
      <w:proofErr w:type="spellStart"/>
      <w:r w:rsidRPr="00F0756C">
        <w:rPr>
          <w:rFonts w:ascii="Times New Roman" w:hAnsi="Times New Roman" w:cs="Times New Roman"/>
        </w:rPr>
        <w:t>formează</w:t>
      </w:r>
      <w:proofErr w:type="spellEnd"/>
      <w:r w:rsidRPr="00F0756C">
        <w:rPr>
          <w:rFonts w:ascii="Times New Roman" w:hAnsi="Times New Roman" w:cs="Times New Roman"/>
        </w:rPr>
        <w:t xml:space="preserve"> la </w:t>
      </w:r>
      <w:proofErr w:type="spellStart"/>
      <w:r w:rsidRPr="00F0756C">
        <w:rPr>
          <w:rFonts w:ascii="Times New Roman" w:hAnsi="Times New Roman" w:cs="Times New Roman"/>
        </w:rPr>
        <w:t>coacere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prin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interacţiunea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dintre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glucidele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reducătoare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aminoacizi</w:t>
      </w:r>
      <w:proofErr w:type="spellEnd"/>
      <w:r w:rsidRPr="00F0756C">
        <w:rPr>
          <w:rFonts w:ascii="Times New Roman" w:hAnsi="Times New Roman" w:cs="Times New Roman"/>
        </w:rPr>
        <w:t xml:space="preserve">. </w:t>
      </w:r>
      <w:proofErr w:type="spellStart"/>
      <w:r w:rsidRPr="00F0756C">
        <w:rPr>
          <w:rFonts w:ascii="Times New Roman" w:hAnsi="Times New Roman" w:cs="Times New Roman"/>
        </w:rPr>
        <w:t>Reacţia</w:t>
      </w:r>
      <w:proofErr w:type="spellEnd"/>
      <w:r w:rsidRPr="00F0756C">
        <w:rPr>
          <w:rFonts w:ascii="Times New Roman" w:hAnsi="Times New Roman" w:cs="Times New Roman"/>
        </w:rPr>
        <w:t xml:space="preserve"> conduce la </w:t>
      </w:r>
      <w:proofErr w:type="spellStart"/>
      <w:r w:rsidRPr="00F0756C">
        <w:rPr>
          <w:rFonts w:ascii="Times New Roman" w:hAnsi="Times New Roman" w:cs="Times New Roman"/>
        </w:rPr>
        <w:t>formarea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unor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substanţe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culoare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închisă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numite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melanoidine</w:t>
      </w:r>
      <w:proofErr w:type="spellEnd"/>
      <w:r w:rsidRPr="00F0756C">
        <w:rPr>
          <w:rFonts w:ascii="Times New Roman" w:hAnsi="Times New Roman" w:cs="Times New Roman"/>
        </w:rPr>
        <w:t xml:space="preserve">. </w:t>
      </w:r>
      <w:proofErr w:type="spellStart"/>
      <w:r w:rsidRPr="00F0756C">
        <w:rPr>
          <w:rFonts w:ascii="Times New Roman" w:hAnsi="Times New Roman" w:cs="Times New Roman"/>
        </w:rPr>
        <w:t>Pentru</w:t>
      </w:r>
      <w:proofErr w:type="spellEnd"/>
      <w:r w:rsidRPr="00F0756C">
        <w:rPr>
          <w:rFonts w:ascii="Times New Roman" w:hAnsi="Times New Roman" w:cs="Times New Roman"/>
        </w:rPr>
        <w:t xml:space="preserve"> ca </w:t>
      </w:r>
      <w:proofErr w:type="spellStart"/>
      <w:r w:rsidRPr="00F0756C">
        <w:rPr>
          <w:rFonts w:ascii="Times New Roman" w:hAnsi="Times New Roman" w:cs="Times New Roman"/>
        </w:rPr>
        <w:t>pâinea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să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aibă</w:t>
      </w:r>
      <w:proofErr w:type="spellEnd"/>
      <w:r w:rsidRPr="00F0756C">
        <w:rPr>
          <w:rFonts w:ascii="Times New Roman" w:hAnsi="Times New Roman" w:cs="Times New Roman"/>
        </w:rPr>
        <w:t xml:space="preserve"> o </w:t>
      </w:r>
      <w:proofErr w:type="spellStart"/>
      <w:r w:rsidRPr="00F0756C">
        <w:rPr>
          <w:rFonts w:ascii="Times New Roman" w:hAnsi="Times New Roman" w:cs="Times New Roman"/>
        </w:rPr>
        <w:t>coajă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culoare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normală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este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necesar</w:t>
      </w:r>
      <w:proofErr w:type="spellEnd"/>
      <w:r w:rsidRPr="00F0756C">
        <w:rPr>
          <w:rFonts w:ascii="Times New Roman" w:hAnsi="Times New Roman" w:cs="Times New Roman"/>
        </w:rPr>
        <w:t xml:space="preserve"> ca, </w:t>
      </w:r>
      <w:proofErr w:type="spellStart"/>
      <w:r w:rsidRPr="00F0756C">
        <w:rPr>
          <w:rFonts w:ascii="Times New Roman" w:hAnsi="Times New Roman" w:cs="Times New Roman"/>
        </w:rPr>
        <w:t>în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momentul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introducerii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cuptor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aluatul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să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conţină</w:t>
      </w:r>
      <w:proofErr w:type="spellEnd"/>
      <w:r w:rsidRPr="00F0756C">
        <w:rPr>
          <w:rFonts w:ascii="Times New Roman" w:hAnsi="Times New Roman" w:cs="Times New Roman"/>
        </w:rPr>
        <w:t xml:space="preserve"> minim 2-3 % </w:t>
      </w:r>
      <w:proofErr w:type="spellStart"/>
      <w:r w:rsidRPr="00F0756C">
        <w:rPr>
          <w:rFonts w:ascii="Times New Roman" w:hAnsi="Times New Roman" w:cs="Times New Roman"/>
        </w:rPr>
        <w:t>raportat</w:t>
      </w:r>
      <w:proofErr w:type="spellEnd"/>
      <w:r w:rsidRPr="00F0756C">
        <w:rPr>
          <w:rFonts w:ascii="Times New Roman" w:hAnsi="Times New Roman" w:cs="Times New Roman"/>
        </w:rPr>
        <w:t xml:space="preserve"> la </w:t>
      </w:r>
      <w:proofErr w:type="spellStart"/>
      <w:r w:rsidRPr="00F0756C">
        <w:rPr>
          <w:rFonts w:ascii="Times New Roman" w:hAnsi="Times New Roman" w:cs="Times New Roman"/>
        </w:rPr>
        <w:t>substanţa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uscată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glucide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nefermentate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altfel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coaja</w:t>
      </w:r>
      <w:proofErr w:type="spellEnd"/>
      <w:r w:rsidRPr="00F0756C">
        <w:rPr>
          <w:rFonts w:ascii="Times New Roman" w:hAnsi="Times New Roman" w:cs="Times New Roman"/>
        </w:rPr>
        <w:t xml:space="preserve"> se </w:t>
      </w:r>
      <w:proofErr w:type="spellStart"/>
      <w:r w:rsidRPr="00F0756C">
        <w:rPr>
          <w:rFonts w:ascii="Times New Roman" w:hAnsi="Times New Roman" w:cs="Times New Roman"/>
        </w:rPr>
        <w:t>obţine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culoare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palidă</w:t>
      </w:r>
      <w:proofErr w:type="spellEnd"/>
      <w:r w:rsidRPr="00F0756C">
        <w:rPr>
          <w:rFonts w:ascii="Times New Roman" w:hAnsi="Times New Roman" w:cs="Times New Roman"/>
        </w:rPr>
        <w:t xml:space="preserve">. De </w:t>
      </w:r>
      <w:proofErr w:type="spellStart"/>
      <w:r w:rsidRPr="00F0756C">
        <w:rPr>
          <w:rFonts w:ascii="Times New Roman" w:hAnsi="Times New Roman" w:cs="Times New Roman"/>
        </w:rPr>
        <w:t>aceea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în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practică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făina</w:t>
      </w:r>
      <w:proofErr w:type="spellEnd"/>
      <w:r w:rsidRPr="00F0756C">
        <w:rPr>
          <w:rFonts w:ascii="Times New Roman" w:hAnsi="Times New Roman" w:cs="Times New Roman"/>
        </w:rPr>
        <w:t xml:space="preserve"> cu capacitate </w:t>
      </w:r>
      <w:proofErr w:type="spellStart"/>
      <w:r w:rsidRPr="00F0756C">
        <w:rPr>
          <w:rFonts w:ascii="Times New Roman" w:hAnsi="Times New Roman" w:cs="Times New Roman"/>
        </w:rPr>
        <w:t>mică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formare</w:t>
      </w:r>
      <w:proofErr w:type="spellEnd"/>
      <w:r w:rsidRPr="00F0756C">
        <w:rPr>
          <w:rFonts w:ascii="Times New Roman" w:hAnsi="Times New Roman" w:cs="Times New Roman"/>
        </w:rPr>
        <w:t xml:space="preserve"> a </w:t>
      </w:r>
      <w:proofErr w:type="spellStart"/>
      <w:r w:rsidRPr="00F0756C">
        <w:rPr>
          <w:rFonts w:ascii="Times New Roman" w:hAnsi="Times New Roman" w:cs="Times New Roman"/>
        </w:rPr>
        <w:t>glucidelor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fermentescibile</w:t>
      </w:r>
      <w:proofErr w:type="spellEnd"/>
      <w:r w:rsidRPr="00F0756C">
        <w:rPr>
          <w:rFonts w:ascii="Times New Roman" w:hAnsi="Times New Roman" w:cs="Times New Roman"/>
        </w:rPr>
        <w:t xml:space="preserve"> se </w:t>
      </w:r>
      <w:proofErr w:type="spellStart"/>
      <w:r w:rsidRPr="00F0756C">
        <w:rPr>
          <w:rFonts w:ascii="Times New Roman" w:hAnsi="Times New Roman" w:cs="Times New Roman"/>
        </w:rPr>
        <w:t>numeşte</w:t>
      </w:r>
      <w:proofErr w:type="spellEnd"/>
      <w:r w:rsidRPr="00F0756C">
        <w:rPr>
          <w:rFonts w:ascii="Times New Roman" w:hAnsi="Times New Roman" w:cs="Times New Roman"/>
        </w:rPr>
        <w:t xml:space="preserve"> “tare la </w:t>
      </w:r>
      <w:proofErr w:type="spellStart"/>
      <w:r w:rsidRPr="00F0756C">
        <w:rPr>
          <w:rFonts w:ascii="Times New Roman" w:hAnsi="Times New Roman" w:cs="Times New Roman"/>
        </w:rPr>
        <w:t>foc</w:t>
      </w:r>
      <w:proofErr w:type="spellEnd"/>
      <w:r w:rsidRPr="00F0756C">
        <w:rPr>
          <w:rFonts w:ascii="Times New Roman" w:hAnsi="Times New Roman" w:cs="Times New Roman"/>
        </w:rPr>
        <w:t xml:space="preserve">”. De </w:t>
      </w:r>
      <w:proofErr w:type="spellStart"/>
      <w:r w:rsidRPr="00F0756C">
        <w:rPr>
          <w:rFonts w:ascii="Times New Roman" w:hAnsi="Times New Roman" w:cs="Times New Roman"/>
        </w:rPr>
        <w:t>obicei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făinurile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albe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sunt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tari</w:t>
      </w:r>
      <w:proofErr w:type="spellEnd"/>
      <w:r w:rsidRPr="00F0756C">
        <w:rPr>
          <w:rFonts w:ascii="Times New Roman" w:hAnsi="Times New Roman" w:cs="Times New Roman"/>
        </w:rPr>
        <w:t xml:space="preserve"> la </w:t>
      </w:r>
      <w:proofErr w:type="spellStart"/>
      <w:r w:rsidRPr="00F0756C">
        <w:rPr>
          <w:rFonts w:ascii="Times New Roman" w:hAnsi="Times New Roman" w:cs="Times New Roman"/>
        </w:rPr>
        <w:t>foc</w:t>
      </w:r>
      <w:proofErr w:type="spellEnd"/>
      <w:r w:rsidRPr="00F0756C">
        <w:rPr>
          <w:rFonts w:ascii="Times New Roman" w:hAnsi="Times New Roman" w:cs="Times New Roman"/>
        </w:rPr>
        <w:t xml:space="preserve">. </w:t>
      </w:r>
    </w:p>
    <w:p w:rsidR="00F0756C" w:rsidRPr="00D73813" w:rsidRDefault="00F0756C" w:rsidP="00F0756C">
      <w:pPr>
        <w:pStyle w:val="ListBullet"/>
        <w:numPr>
          <w:ilvl w:val="0"/>
          <w:numId w:val="0"/>
        </w:numPr>
        <w:jc w:val="both"/>
        <w:rPr>
          <w:rFonts w:ascii="Times New Roman" w:hAnsi="Times New Roman" w:cs="Times New Roman"/>
        </w:rPr>
      </w:pPr>
      <w:proofErr w:type="spellStart"/>
      <w:r w:rsidRPr="001B29BB">
        <w:rPr>
          <w:rFonts w:ascii="Times New Roman" w:hAnsi="Times New Roman" w:cs="Times New Roman"/>
          <w:i/>
        </w:rPr>
        <w:t>Puterea</w:t>
      </w:r>
      <w:proofErr w:type="spellEnd"/>
      <w:r w:rsidRPr="001B29BB">
        <w:rPr>
          <w:rFonts w:ascii="Times New Roman" w:hAnsi="Times New Roman" w:cs="Times New Roman"/>
          <w:i/>
        </w:rPr>
        <w:t xml:space="preserve"> </w:t>
      </w:r>
      <w:proofErr w:type="spellStart"/>
      <w:r w:rsidRPr="001B29BB">
        <w:rPr>
          <w:rFonts w:ascii="Times New Roman" w:hAnsi="Times New Roman" w:cs="Times New Roman"/>
          <w:i/>
        </w:rPr>
        <w:t>făinii</w:t>
      </w:r>
      <w:proofErr w:type="spellEnd"/>
      <w:r w:rsidRPr="00F0756C">
        <w:rPr>
          <w:rFonts w:ascii="Times New Roman" w:hAnsi="Times New Roman" w:cs="Times New Roman"/>
        </w:rPr>
        <w:t xml:space="preserve"> - </w:t>
      </w:r>
      <w:proofErr w:type="spellStart"/>
      <w:r w:rsidRPr="00F0756C">
        <w:rPr>
          <w:rFonts w:ascii="Times New Roman" w:hAnsi="Times New Roman" w:cs="Times New Roman"/>
        </w:rPr>
        <w:t>caracterizează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capacitatea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făinii</w:t>
      </w:r>
      <w:proofErr w:type="spellEnd"/>
      <w:r w:rsidRPr="00F0756C">
        <w:rPr>
          <w:rFonts w:ascii="Times New Roman" w:hAnsi="Times New Roman" w:cs="Times New Roman"/>
        </w:rPr>
        <w:t xml:space="preserve"> de a forma un </w:t>
      </w:r>
      <w:proofErr w:type="spellStart"/>
      <w:r w:rsidRPr="00F0756C">
        <w:rPr>
          <w:rFonts w:ascii="Times New Roman" w:hAnsi="Times New Roman" w:cs="Times New Roman"/>
        </w:rPr>
        <w:t>aluat</w:t>
      </w:r>
      <w:proofErr w:type="spellEnd"/>
      <w:r w:rsidRPr="00F0756C">
        <w:rPr>
          <w:rFonts w:ascii="Times New Roman" w:hAnsi="Times New Roman" w:cs="Times New Roman"/>
        </w:rPr>
        <w:t xml:space="preserve"> care </w:t>
      </w:r>
      <w:proofErr w:type="spellStart"/>
      <w:r w:rsidRPr="00F0756C">
        <w:rPr>
          <w:rFonts w:ascii="Times New Roman" w:hAnsi="Times New Roman" w:cs="Times New Roman"/>
        </w:rPr>
        <w:t>să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aibă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după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frământare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cursul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fermentării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dospirii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anumite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proprietăţi</w:t>
      </w:r>
      <w:proofErr w:type="spellEnd"/>
      <w:r w:rsidRPr="00F0756C">
        <w:rPr>
          <w:rFonts w:ascii="Times New Roman" w:hAnsi="Times New Roman" w:cs="Times New Roman"/>
        </w:rPr>
        <w:t xml:space="preserve"> (</w:t>
      </w:r>
      <w:proofErr w:type="spellStart"/>
      <w:r w:rsidRPr="00F0756C">
        <w:rPr>
          <w:rFonts w:ascii="Times New Roman" w:hAnsi="Times New Roman" w:cs="Times New Roman"/>
        </w:rPr>
        <w:t>consistenţă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stabilitate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elasticitate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înmuiere</w:t>
      </w:r>
      <w:proofErr w:type="spellEnd"/>
      <w:r w:rsidRPr="00F0756C">
        <w:rPr>
          <w:rFonts w:ascii="Times New Roman" w:hAnsi="Times New Roman" w:cs="Times New Roman"/>
        </w:rPr>
        <w:t xml:space="preserve">). </w:t>
      </w:r>
      <w:proofErr w:type="spellStart"/>
      <w:r w:rsidRPr="00F0756C">
        <w:rPr>
          <w:rFonts w:ascii="Times New Roman" w:hAnsi="Times New Roman" w:cs="Times New Roman"/>
        </w:rPr>
        <w:t>Puterea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este</w:t>
      </w:r>
      <w:proofErr w:type="spellEnd"/>
      <w:r w:rsidRPr="00F0756C">
        <w:rPr>
          <w:rFonts w:ascii="Times New Roman" w:hAnsi="Times New Roman" w:cs="Times New Roman"/>
        </w:rPr>
        <w:t xml:space="preserve"> o </w:t>
      </w:r>
      <w:proofErr w:type="spellStart"/>
      <w:r w:rsidRPr="00F0756C">
        <w:rPr>
          <w:rFonts w:ascii="Times New Roman" w:hAnsi="Times New Roman" w:cs="Times New Roman"/>
        </w:rPr>
        <w:t>noţiune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complexă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include o </w:t>
      </w:r>
      <w:proofErr w:type="spellStart"/>
      <w:r w:rsidRPr="00F0756C">
        <w:rPr>
          <w:rFonts w:ascii="Times New Roman" w:hAnsi="Times New Roman" w:cs="Times New Roman"/>
        </w:rPr>
        <w:t>serie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indici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calitativi</w:t>
      </w:r>
      <w:proofErr w:type="spellEnd"/>
      <w:r w:rsidRPr="00F0756C">
        <w:rPr>
          <w:rFonts w:ascii="Times New Roman" w:hAnsi="Times New Roman" w:cs="Times New Roman"/>
        </w:rPr>
        <w:t xml:space="preserve"> care se </w:t>
      </w:r>
      <w:proofErr w:type="spellStart"/>
      <w:r w:rsidRPr="00F0756C">
        <w:rPr>
          <w:rFonts w:ascii="Times New Roman" w:hAnsi="Times New Roman" w:cs="Times New Roman"/>
        </w:rPr>
        <w:t>referă</w:t>
      </w:r>
      <w:proofErr w:type="spellEnd"/>
      <w:r w:rsidRPr="00F0756C">
        <w:rPr>
          <w:rFonts w:ascii="Times New Roman" w:hAnsi="Times New Roman" w:cs="Times New Roman"/>
        </w:rPr>
        <w:t xml:space="preserve"> la </w:t>
      </w:r>
      <w:proofErr w:type="spellStart"/>
      <w:r w:rsidRPr="00F0756C">
        <w:rPr>
          <w:rFonts w:ascii="Times New Roman" w:hAnsi="Times New Roman" w:cs="Times New Roman"/>
        </w:rPr>
        <w:t>comportarea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tehnologică</w:t>
      </w:r>
      <w:proofErr w:type="spellEnd"/>
      <w:r w:rsidRPr="00F0756C">
        <w:rPr>
          <w:rFonts w:ascii="Times New Roman" w:hAnsi="Times New Roman" w:cs="Times New Roman"/>
        </w:rPr>
        <w:t xml:space="preserve"> a </w:t>
      </w:r>
      <w:proofErr w:type="spellStart"/>
      <w:r w:rsidRPr="00F0756C">
        <w:rPr>
          <w:rFonts w:ascii="Times New Roman" w:hAnsi="Times New Roman" w:cs="Times New Roman"/>
        </w:rPr>
        <w:t>acesteia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respectiv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obţinerea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unui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aluat</w:t>
      </w:r>
      <w:proofErr w:type="spellEnd"/>
      <w:r w:rsidRPr="00F0756C">
        <w:rPr>
          <w:rFonts w:ascii="Times New Roman" w:hAnsi="Times New Roman" w:cs="Times New Roman"/>
        </w:rPr>
        <w:t xml:space="preserve"> care </w:t>
      </w:r>
      <w:proofErr w:type="spellStart"/>
      <w:r w:rsidRPr="00F0756C">
        <w:rPr>
          <w:rFonts w:ascii="Times New Roman" w:hAnsi="Times New Roman" w:cs="Times New Roman"/>
        </w:rPr>
        <w:t>să-şi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menţină</w:t>
      </w:r>
      <w:proofErr w:type="spellEnd"/>
      <w:r w:rsidRPr="00F0756C">
        <w:rPr>
          <w:rFonts w:ascii="Times New Roman" w:hAnsi="Times New Roman" w:cs="Times New Roman"/>
        </w:rPr>
        <w:t xml:space="preserve"> forma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să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reţină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gazele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fermentare</w:t>
      </w:r>
      <w:proofErr w:type="spellEnd"/>
      <w:r w:rsidRPr="00F0756C">
        <w:rPr>
          <w:rFonts w:ascii="Times New Roman" w:hAnsi="Times New Roman" w:cs="Times New Roman"/>
        </w:rPr>
        <w:t xml:space="preserve">, elastic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acelaşi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timp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extensibil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capabil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să</w:t>
      </w:r>
      <w:proofErr w:type="spellEnd"/>
      <w:r w:rsidRPr="00F0756C">
        <w:rPr>
          <w:rFonts w:ascii="Times New Roman" w:hAnsi="Times New Roman" w:cs="Times New Roman"/>
        </w:rPr>
        <w:t xml:space="preserve"> se </w:t>
      </w:r>
      <w:proofErr w:type="spellStart"/>
      <w:r w:rsidRPr="00F0756C">
        <w:rPr>
          <w:rFonts w:ascii="Times New Roman" w:hAnsi="Times New Roman" w:cs="Times New Roman"/>
        </w:rPr>
        <w:t>extindă</w:t>
      </w:r>
      <w:proofErr w:type="spellEnd"/>
      <w:r w:rsidRPr="00F0756C">
        <w:rPr>
          <w:rFonts w:ascii="Times New Roman" w:hAnsi="Times New Roman" w:cs="Times New Roman"/>
        </w:rPr>
        <w:t xml:space="preserve"> sub </w:t>
      </w:r>
      <w:proofErr w:type="spellStart"/>
      <w:r w:rsidRPr="00F0756C">
        <w:rPr>
          <w:rFonts w:ascii="Times New Roman" w:hAnsi="Times New Roman" w:cs="Times New Roman"/>
        </w:rPr>
        <w:t>presiunea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gazelor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fermentare</w:t>
      </w:r>
      <w:proofErr w:type="spellEnd"/>
      <w:r w:rsidRPr="00F0756C">
        <w:rPr>
          <w:rFonts w:ascii="Times New Roman" w:hAnsi="Times New Roman" w:cs="Times New Roman"/>
        </w:rPr>
        <w:t xml:space="preserve">. </w:t>
      </w:r>
      <w:proofErr w:type="spellStart"/>
      <w:r w:rsidRPr="00F0756C">
        <w:rPr>
          <w:rFonts w:ascii="Times New Roman" w:hAnsi="Times New Roman" w:cs="Times New Roman"/>
        </w:rPr>
        <w:t>Puterea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este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influenţată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cantitatea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calitatea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substanţelor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proteice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activitatea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enzimelor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proteolitice</w:t>
      </w:r>
      <w:proofErr w:type="spellEnd"/>
      <w:r w:rsidRPr="00F0756C">
        <w:rPr>
          <w:rFonts w:ascii="Times New Roman" w:hAnsi="Times New Roman" w:cs="Times New Roman"/>
        </w:rPr>
        <w:t xml:space="preserve">. </w:t>
      </w:r>
      <w:proofErr w:type="spellStart"/>
      <w:r w:rsidRPr="00F0756C">
        <w:rPr>
          <w:rFonts w:ascii="Times New Roman" w:hAnsi="Times New Roman" w:cs="Times New Roman"/>
        </w:rPr>
        <w:t>Capacitatea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închidere</w:t>
      </w:r>
      <w:proofErr w:type="spellEnd"/>
      <w:r w:rsidRPr="00F0756C">
        <w:rPr>
          <w:rFonts w:ascii="Times New Roman" w:hAnsi="Times New Roman" w:cs="Times New Roman"/>
        </w:rPr>
        <w:t xml:space="preserve"> a </w:t>
      </w:r>
      <w:proofErr w:type="spellStart"/>
      <w:r w:rsidRPr="00F0756C">
        <w:rPr>
          <w:rFonts w:ascii="Times New Roman" w:hAnsi="Times New Roman" w:cs="Times New Roman"/>
        </w:rPr>
        <w:t>culorii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timpul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procesului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tehnologic</w:t>
      </w:r>
      <w:proofErr w:type="spellEnd"/>
      <w:r w:rsidRPr="00F0756C">
        <w:rPr>
          <w:rFonts w:ascii="Times New Roman" w:hAnsi="Times New Roman" w:cs="Times New Roman"/>
        </w:rPr>
        <w:t xml:space="preserve">. </w:t>
      </w:r>
      <w:proofErr w:type="spellStart"/>
      <w:r w:rsidRPr="00F0756C">
        <w:rPr>
          <w:rFonts w:ascii="Times New Roman" w:hAnsi="Times New Roman" w:cs="Times New Roman"/>
        </w:rPr>
        <w:t>Culoarea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miezului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pâinii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depinde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</w:t>
      </w:r>
      <w:proofErr w:type="spellEnd"/>
      <w:r w:rsidRPr="00F0756C">
        <w:rPr>
          <w:rFonts w:ascii="Times New Roman" w:hAnsi="Times New Roman" w:cs="Times New Roman"/>
        </w:rPr>
        <w:t xml:space="preserve"> mod direct de </w:t>
      </w:r>
      <w:proofErr w:type="spellStart"/>
      <w:r w:rsidRPr="00F0756C">
        <w:rPr>
          <w:rFonts w:ascii="Times New Roman" w:hAnsi="Times New Roman" w:cs="Times New Roman"/>
        </w:rPr>
        <w:t>culoarea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făinii</w:t>
      </w:r>
      <w:proofErr w:type="spellEnd"/>
      <w:r w:rsidRPr="00F0756C">
        <w:rPr>
          <w:rFonts w:ascii="Times New Roman" w:hAnsi="Times New Roman" w:cs="Times New Roman"/>
        </w:rPr>
        <w:t xml:space="preserve">; </w:t>
      </w:r>
      <w:proofErr w:type="spellStart"/>
      <w:r w:rsidRPr="00F0756C">
        <w:rPr>
          <w:rFonts w:ascii="Times New Roman" w:hAnsi="Times New Roman" w:cs="Times New Roman"/>
        </w:rPr>
        <w:t>dintr</w:t>
      </w:r>
      <w:proofErr w:type="spellEnd"/>
      <w:r w:rsidRPr="00F0756C">
        <w:rPr>
          <w:rFonts w:ascii="Times New Roman" w:hAnsi="Times New Roman" w:cs="Times New Roman"/>
        </w:rPr>
        <w:t xml:space="preserve">-o </w:t>
      </w:r>
      <w:proofErr w:type="spellStart"/>
      <w:r w:rsidRPr="00F0756C">
        <w:rPr>
          <w:rFonts w:ascii="Times New Roman" w:hAnsi="Times New Roman" w:cs="Times New Roman"/>
        </w:rPr>
        <w:t>făină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închisă</w:t>
      </w:r>
      <w:proofErr w:type="spellEnd"/>
      <w:r w:rsidRPr="00F0756C">
        <w:rPr>
          <w:rFonts w:ascii="Times New Roman" w:hAnsi="Times New Roman" w:cs="Times New Roman"/>
        </w:rPr>
        <w:t xml:space="preserve"> la </w:t>
      </w:r>
      <w:proofErr w:type="spellStart"/>
      <w:r w:rsidRPr="00F0756C">
        <w:rPr>
          <w:rFonts w:ascii="Times New Roman" w:hAnsi="Times New Roman" w:cs="Times New Roman"/>
        </w:rPr>
        <w:t>culoare</w:t>
      </w:r>
      <w:proofErr w:type="spellEnd"/>
      <w:r w:rsidRPr="00F0756C">
        <w:rPr>
          <w:rFonts w:ascii="Times New Roman" w:hAnsi="Times New Roman" w:cs="Times New Roman"/>
        </w:rPr>
        <w:t xml:space="preserve"> se </w:t>
      </w:r>
      <w:proofErr w:type="spellStart"/>
      <w:r w:rsidRPr="00F0756C">
        <w:rPr>
          <w:rFonts w:ascii="Times New Roman" w:hAnsi="Times New Roman" w:cs="Times New Roman"/>
        </w:rPr>
        <w:t>obţine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pâine</w:t>
      </w:r>
      <w:proofErr w:type="spellEnd"/>
      <w:r w:rsidRPr="00F0756C">
        <w:rPr>
          <w:rFonts w:ascii="Times New Roman" w:hAnsi="Times New Roman" w:cs="Times New Roman"/>
        </w:rPr>
        <w:t xml:space="preserve"> cu </w:t>
      </w:r>
      <w:proofErr w:type="spellStart"/>
      <w:r w:rsidRPr="00F0756C">
        <w:rPr>
          <w:rFonts w:ascii="Times New Roman" w:hAnsi="Times New Roman" w:cs="Times New Roman"/>
        </w:rPr>
        <w:t>miez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culoare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închisă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iar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dintr</w:t>
      </w:r>
      <w:proofErr w:type="spellEnd"/>
      <w:r w:rsidRPr="00F0756C">
        <w:rPr>
          <w:rFonts w:ascii="Times New Roman" w:hAnsi="Times New Roman" w:cs="Times New Roman"/>
        </w:rPr>
        <w:t xml:space="preserve">-o </w:t>
      </w:r>
      <w:proofErr w:type="spellStart"/>
      <w:r w:rsidRPr="00F0756C">
        <w:rPr>
          <w:rFonts w:ascii="Times New Roman" w:hAnsi="Times New Roman" w:cs="Times New Roman"/>
        </w:rPr>
        <w:t>făină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culoare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deschisă</w:t>
      </w:r>
      <w:proofErr w:type="spellEnd"/>
      <w:r w:rsidRPr="00F0756C">
        <w:rPr>
          <w:rFonts w:ascii="Times New Roman" w:hAnsi="Times New Roman" w:cs="Times New Roman"/>
        </w:rPr>
        <w:t xml:space="preserve"> se </w:t>
      </w:r>
      <w:proofErr w:type="spellStart"/>
      <w:r w:rsidRPr="00F0756C">
        <w:rPr>
          <w:rFonts w:ascii="Times New Roman" w:hAnsi="Times New Roman" w:cs="Times New Roman"/>
        </w:rPr>
        <w:t>obţine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pâine</w:t>
      </w:r>
      <w:proofErr w:type="spellEnd"/>
      <w:r w:rsidRPr="00F0756C">
        <w:rPr>
          <w:rFonts w:ascii="Times New Roman" w:hAnsi="Times New Roman" w:cs="Times New Roman"/>
        </w:rPr>
        <w:t xml:space="preserve"> cu </w:t>
      </w:r>
      <w:proofErr w:type="spellStart"/>
      <w:r w:rsidRPr="00F0756C">
        <w:rPr>
          <w:rFonts w:ascii="Times New Roman" w:hAnsi="Times New Roman" w:cs="Times New Roman"/>
        </w:rPr>
        <w:t>miez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culoare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deschisă</w:t>
      </w:r>
      <w:proofErr w:type="spellEnd"/>
      <w:r w:rsidRPr="00F0756C">
        <w:rPr>
          <w:rFonts w:ascii="Times New Roman" w:hAnsi="Times New Roman" w:cs="Times New Roman"/>
        </w:rPr>
        <w:t xml:space="preserve">. </w:t>
      </w:r>
      <w:proofErr w:type="spellStart"/>
      <w:r w:rsidRPr="00F0756C">
        <w:rPr>
          <w:rFonts w:ascii="Times New Roman" w:hAnsi="Times New Roman" w:cs="Times New Roman"/>
        </w:rPr>
        <w:t>Sunt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cazuri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însă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când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dintr</w:t>
      </w:r>
      <w:proofErr w:type="spellEnd"/>
      <w:r w:rsidRPr="00F0756C">
        <w:rPr>
          <w:rFonts w:ascii="Times New Roman" w:hAnsi="Times New Roman" w:cs="Times New Roman"/>
        </w:rPr>
        <w:t xml:space="preserve">-o </w:t>
      </w:r>
      <w:proofErr w:type="spellStart"/>
      <w:r w:rsidRPr="00F0756C">
        <w:rPr>
          <w:rFonts w:ascii="Times New Roman" w:hAnsi="Times New Roman" w:cs="Times New Roman"/>
        </w:rPr>
        <w:t>făină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culoare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deschisă</w:t>
      </w:r>
      <w:proofErr w:type="spellEnd"/>
      <w:r w:rsidRPr="00F0756C">
        <w:rPr>
          <w:rFonts w:ascii="Times New Roman" w:hAnsi="Times New Roman" w:cs="Times New Roman"/>
        </w:rPr>
        <w:t xml:space="preserve"> se </w:t>
      </w:r>
      <w:proofErr w:type="spellStart"/>
      <w:r w:rsidRPr="00F0756C">
        <w:rPr>
          <w:rFonts w:ascii="Times New Roman" w:hAnsi="Times New Roman" w:cs="Times New Roman"/>
        </w:rPr>
        <w:t>obţine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pâine</w:t>
      </w:r>
      <w:proofErr w:type="spellEnd"/>
      <w:r w:rsidRPr="00F0756C">
        <w:rPr>
          <w:rFonts w:ascii="Times New Roman" w:hAnsi="Times New Roman" w:cs="Times New Roman"/>
        </w:rPr>
        <w:t xml:space="preserve"> cu </w:t>
      </w:r>
      <w:proofErr w:type="spellStart"/>
      <w:r w:rsidRPr="00F0756C">
        <w:rPr>
          <w:rFonts w:ascii="Times New Roman" w:hAnsi="Times New Roman" w:cs="Times New Roman"/>
        </w:rPr>
        <w:t>miez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corespunzător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mai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închis</w:t>
      </w:r>
      <w:proofErr w:type="spellEnd"/>
      <w:r w:rsidRPr="00F0756C">
        <w:rPr>
          <w:rFonts w:ascii="Times New Roman" w:hAnsi="Times New Roman" w:cs="Times New Roman"/>
        </w:rPr>
        <w:t xml:space="preserve"> la </w:t>
      </w:r>
      <w:proofErr w:type="spellStart"/>
      <w:r w:rsidRPr="00F0756C">
        <w:rPr>
          <w:rFonts w:ascii="Times New Roman" w:hAnsi="Times New Roman" w:cs="Times New Roman"/>
        </w:rPr>
        <w:t>culoare</w:t>
      </w:r>
      <w:proofErr w:type="spellEnd"/>
      <w:r w:rsidRPr="00F0756C">
        <w:rPr>
          <w:rFonts w:ascii="Times New Roman" w:hAnsi="Times New Roman" w:cs="Times New Roman"/>
        </w:rPr>
        <w:t xml:space="preserve">, din </w:t>
      </w:r>
      <w:proofErr w:type="spellStart"/>
      <w:r w:rsidRPr="00F0756C">
        <w:rPr>
          <w:rFonts w:ascii="Times New Roman" w:hAnsi="Times New Roman" w:cs="Times New Roman"/>
        </w:rPr>
        <w:t>cauza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închiderii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culorii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timpul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procesului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tehnologic</w:t>
      </w:r>
      <w:proofErr w:type="spellEnd"/>
      <w:r w:rsidRPr="00F0756C">
        <w:rPr>
          <w:rFonts w:ascii="Times New Roman" w:hAnsi="Times New Roman" w:cs="Times New Roman"/>
        </w:rPr>
        <w:t xml:space="preserve">. </w:t>
      </w:r>
      <w:proofErr w:type="spellStart"/>
      <w:r w:rsidRPr="00F0756C">
        <w:rPr>
          <w:rFonts w:ascii="Times New Roman" w:hAnsi="Times New Roman" w:cs="Times New Roman"/>
        </w:rPr>
        <w:t>Această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proprietate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este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condiţionată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prezenţa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enzimei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tirozinaza</w:t>
      </w:r>
      <w:proofErr w:type="spellEnd"/>
      <w:r w:rsidRPr="00F0756C">
        <w:rPr>
          <w:rFonts w:ascii="Times New Roman" w:hAnsi="Times New Roman" w:cs="Times New Roman"/>
        </w:rPr>
        <w:t xml:space="preserve"> (</w:t>
      </w:r>
      <w:proofErr w:type="spellStart"/>
      <w:r w:rsidRPr="00F0756C">
        <w:rPr>
          <w:rFonts w:ascii="Times New Roman" w:hAnsi="Times New Roman" w:cs="Times New Roman"/>
        </w:rPr>
        <w:t>fenoloxidaza</w:t>
      </w:r>
      <w:proofErr w:type="spellEnd"/>
      <w:r w:rsidRPr="00F0756C">
        <w:rPr>
          <w:rFonts w:ascii="Times New Roman" w:hAnsi="Times New Roman" w:cs="Times New Roman"/>
        </w:rPr>
        <w:t xml:space="preserve">)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a </w:t>
      </w:r>
      <w:proofErr w:type="spellStart"/>
      <w:r w:rsidRPr="00F0756C">
        <w:rPr>
          <w:rFonts w:ascii="Times New Roman" w:hAnsi="Times New Roman" w:cs="Times New Roman"/>
        </w:rPr>
        <w:t>enzimelor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proteolitice</w:t>
      </w:r>
      <w:proofErr w:type="spellEnd"/>
      <w:r w:rsidRPr="00F0756C">
        <w:rPr>
          <w:rFonts w:ascii="Times New Roman" w:hAnsi="Times New Roman" w:cs="Times New Roman"/>
        </w:rPr>
        <w:t xml:space="preserve">, care </w:t>
      </w:r>
      <w:proofErr w:type="spellStart"/>
      <w:r w:rsidRPr="00F0756C">
        <w:rPr>
          <w:rFonts w:ascii="Times New Roman" w:hAnsi="Times New Roman" w:cs="Times New Roman"/>
        </w:rPr>
        <w:t>în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urma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hidrolizei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proteinelor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formează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aminoacidul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tirozina</w:t>
      </w:r>
      <w:proofErr w:type="spellEnd"/>
      <w:r w:rsidRPr="00F0756C">
        <w:rPr>
          <w:rFonts w:ascii="Times New Roman" w:hAnsi="Times New Roman" w:cs="Times New Roman"/>
        </w:rPr>
        <w:t xml:space="preserve">; </w:t>
      </w:r>
      <w:proofErr w:type="spellStart"/>
      <w:r w:rsidRPr="00F0756C">
        <w:rPr>
          <w:rFonts w:ascii="Times New Roman" w:hAnsi="Times New Roman" w:cs="Times New Roman"/>
        </w:rPr>
        <w:t>acesta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în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prezenţa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oxigenului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şi</w:t>
      </w:r>
      <w:proofErr w:type="spellEnd"/>
      <w:r w:rsidRPr="00F0756C">
        <w:rPr>
          <w:rFonts w:ascii="Times New Roman" w:hAnsi="Times New Roman" w:cs="Times New Roman"/>
        </w:rPr>
        <w:t xml:space="preserve"> a </w:t>
      </w:r>
      <w:proofErr w:type="spellStart"/>
      <w:r w:rsidRPr="00F0756C">
        <w:rPr>
          <w:rFonts w:ascii="Times New Roman" w:hAnsi="Times New Roman" w:cs="Times New Roman"/>
        </w:rPr>
        <w:t>tirozinazei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este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oxidat</w:t>
      </w:r>
      <w:proofErr w:type="spellEnd"/>
      <w:r w:rsidRPr="00F0756C">
        <w:rPr>
          <w:rFonts w:ascii="Times New Roman" w:hAnsi="Times New Roman" w:cs="Times New Roman"/>
        </w:rPr>
        <w:t xml:space="preserve"> cu </w:t>
      </w:r>
      <w:proofErr w:type="spellStart"/>
      <w:r w:rsidRPr="00F0756C">
        <w:rPr>
          <w:rFonts w:ascii="Times New Roman" w:hAnsi="Times New Roman" w:cs="Times New Roman"/>
        </w:rPr>
        <w:t>formarea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unor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produşi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culoare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închisă</w:t>
      </w:r>
      <w:proofErr w:type="spellEnd"/>
      <w:r w:rsidRPr="00F0756C">
        <w:rPr>
          <w:rFonts w:ascii="Times New Roman" w:hAnsi="Times New Roman" w:cs="Times New Roman"/>
        </w:rPr>
        <w:t xml:space="preserve">, care </w:t>
      </w:r>
      <w:proofErr w:type="spellStart"/>
      <w:r w:rsidRPr="00F0756C">
        <w:rPr>
          <w:rFonts w:ascii="Times New Roman" w:hAnsi="Times New Roman" w:cs="Times New Roman"/>
        </w:rPr>
        <w:t>realizează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efectul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închidere</w:t>
      </w:r>
      <w:proofErr w:type="spellEnd"/>
      <w:r w:rsidRPr="00F0756C">
        <w:rPr>
          <w:rFonts w:ascii="Times New Roman" w:hAnsi="Times New Roman" w:cs="Times New Roman"/>
        </w:rPr>
        <w:t xml:space="preserve"> a </w:t>
      </w:r>
      <w:proofErr w:type="spellStart"/>
      <w:r w:rsidRPr="00F0756C">
        <w:rPr>
          <w:rFonts w:ascii="Times New Roman" w:hAnsi="Times New Roman" w:cs="Times New Roman"/>
        </w:rPr>
        <w:t>culorii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timpul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prelucrării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ei</w:t>
      </w:r>
      <w:proofErr w:type="spellEnd"/>
      <w:r w:rsidRPr="00F0756C">
        <w:rPr>
          <w:rFonts w:ascii="Times New Roman" w:hAnsi="Times New Roman" w:cs="Times New Roman"/>
        </w:rPr>
        <w:t xml:space="preserve">. </w:t>
      </w:r>
      <w:proofErr w:type="spellStart"/>
      <w:r w:rsidRPr="00F0756C">
        <w:rPr>
          <w:rFonts w:ascii="Times New Roman" w:hAnsi="Times New Roman" w:cs="Times New Roman"/>
        </w:rPr>
        <w:t>În</w:t>
      </w:r>
      <w:proofErr w:type="spellEnd"/>
      <w:r w:rsidRPr="00F0756C">
        <w:rPr>
          <w:rFonts w:ascii="Times New Roman" w:hAnsi="Times New Roman" w:cs="Times New Roman"/>
        </w:rPr>
        <w:t xml:space="preserve"> general, </w:t>
      </w:r>
      <w:proofErr w:type="spellStart"/>
      <w:r w:rsidRPr="00F0756C">
        <w:rPr>
          <w:rFonts w:ascii="Times New Roman" w:hAnsi="Times New Roman" w:cs="Times New Roman"/>
        </w:rPr>
        <w:t>tirozinaza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este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prezentă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cantitate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suficientă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făină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astfel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că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închiderea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culorii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făinii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este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dependentă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cantitatea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tirozină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deci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activitatea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enzimelor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proteolitice</w:t>
      </w:r>
      <w:proofErr w:type="spellEnd"/>
      <w:r w:rsidRPr="00F0756C">
        <w:rPr>
          <w:rFonts w:ascii="Times New Roman" w:hAnsi="Times New Roman" w:cs="Times New Roman"/>
        </w:rPr>
        <w:t xml:space="preserve">. De </w:t>
      </w:r>
      <w:proofErr w:type="spellStart"/>
      <w:r w:rsidRPr="00F0756C">
        <w:rPr>
          <w:rFonts w:ascii="Times New Roman" w:hAnsi="Times New Roman" w:cs="Times New Roman"/>
        </w:rPr>
        <w:t>aceea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mai</w:t>
      </w:r>
      <w:proofErr w:type="spellEnd"/>
      <w:r w:rsidRPr="00F0756C">
        <w:rPr>
          <w:rFonts w:ascii="Times New Roman" w:hAnsi="Times New Roman" w:cs="Times New Roman"/>
        </w:rPr>
        <w:t xml:space="preserve"> ales </w:t>
      </w:r>
      <w:proofErr w:type="spellStart"/>
      <w:r w:rsidRPr="00F0756C">
        <w:rPr>
          <w:rFonts w:ascii="Times New Roman" w:hAnsi="Times New Roman" w:cs="Times New Roman"/>
        </w:rPr>
        <w:t>făinurile</w:t>
      </w:r>
      <w:proofErr w:type="spellEnd"/>
      <w:r w:rsidRPr="00F0756C">
        <w:rPr>
          <w:rFonts w:ascii="Times New Roman" w:hAnsi="Times New Roman" w:cs="Times New Roman"/>
        </w:rPr>
        <w:t xml:space="preserve"> de </w:t>
      </w:r>
      <w:proofErr w:type="spellStart"/>
      <w:r w:rsidRPr="00F0756C">
        <w:rPr>
          <w:rFonts w:ascii="Times New Roman" w:hAnsi="Times New Roman" w:cs="Times New Roman"/>
        </w:rPr>
        <w:t>calitate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slabă</w:t>
      </w:r>
      <w:proofErr w:type="spellEnd"/>
      <w:r w:rsidRPr="00F0756C">
        <w:rPr>
          <w:rFonts w:ascii="Times New Roman" w:hAnsi="Times New Roman" w:cs="Times New Roman"/>
        </w:rPr>
        <w:t xml:space="preserve">, </w:t>
      </w:r>
      <w:proofErr w:type="spellStart"/>
      <w:r w:rsidRPr="00F0756C">
        <w:rPr>
          <w:rFonts w:ascii="Times New Roman" w:hAnsi="Times New Roman" w:cs="Times New Roman"/>
        </w:rPr>
        <w:t>în</w:t>
      </w:r>
      <w:proofErr w:type="spellEnd"/>
      <w:r w:rsidRPr="00F0756C">
        <w:rPr>
          <w:rFonts w:ascii="Times New Roman" w:hAnsi="Times New Roman" w:cs="Times New Roman"/>
        </w:rPr>
        <w:t xml:space="preserve"> care </w:t>
      </w:r>
      <w:proofErr w:type="spellStart"/>
      <w:r w:rsidRPr="00F0756C">
        <w:rPr>
          <w:rFonts w:ascii="Times New Roman" w:hAnsi="Times New Roman" w:cs="Times New Roman"/>
        </w:rPr>
        <w:t>proteoliza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aluat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este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accentuată</w:t>
      </w:r>
      <w:proofErr w:type="spellEnd"/>
      <w:r w:rsidRPr="00F0756C">
        <w:rPr>
          <w:rFonts w:ascii="Times New Roman" w:hAnsi="Times New Roman" w:cs="Times New Roman"/>
        </w:rPr>
        <w:t xml:space="preserve">, se </w:t>
      </w:r>
      <w:proofErr w:type="spellStart"/>
      <w:r w:rsidRPr="00F0756C">
        <w:rPr>
          <w:rFonts w:ascii="Times New Roman" w:hAnsi="Times New Roman" w:cs="Times New Roman"/>
        </w:rPr>
        <w:t>închid</w:t>
      </w:r>
      <w:proofErr w:type="spellEnd"/>
      <w:r w:rsidRPr="00F0756C">
        <w:rPr>
          <w:rFonts w:ascii="Times New Roman" w:hAnsi="Times New Roman" w:cs="Times New Roman"/>
        </w:rPr>
        <w:t xml:space="preserve"> la </w:t>
      </w:r>
      <w:proofErr w:type="spellStart"/>
      <w:r w:rsidRPr="00F0756C">
        <w:rPr>
          <w:rFonts w:ascii="Times New Roman" w:hAnsi="Times New Roman" w:cs="Times New Roman"/>
        </w:rPr>
        <w:t>culoare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în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timpul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procesului</w:t>
      </w:r>
      <w:proofErr w:type="spellEnd"/>
      <w:r w:rsidRPr="00F0756C">
        <w:rPr>
          <w:rFonts w:ascii="Times New Roman" w:hAnsi="Times New Roman" w:cs="Times New Roman"/>
        </w:rPr>
        <w:t xml:space="preserve"> </w:t>
      </w:r>
      <w:proofErr w:type="spellStart"/>
      <w:r w:rsidRPr="00F0756C">
        <w:rPr>
          <w:rFonts w:ascii="Times New Roman" w:hAnsi="Times New Roman" w:cs="Times New Roman"/>
        </w:rPr>
        <w:t>tehnologic</w:t>
      </w:r>
      <w:proofErr w:type="spellEnd"/>
      <w:r w:rsidRPr="00F0756C">
        <w:rPr>
          <w:rFonts w:ascii="Times New Roman" w:hAnsi="Times New Roman" w:cs="Times New Roman"/>
        </w:rPr>
        <w:t>.</w:t>
      </w:r>
    </w:p>
    <w:sectPr w:rsidR="00F0756C" w:rsidRPr="00D73813" w:rsidSect="00D73813">
      <w:headerReference w:type="default" r:id="rId8"/>
      <w:pgSz w:w="12240" w:h="15840"/>
      <w:pgMar w:top="1648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482" w:rsidRDefault="004A0482" w:rsidP="00290E56">
      <w:pPr>
        <w:spacing w:after="0" w:line="240" w:lineRule="auto"/>
      </w:pPr>
      <w:r>
        <w:separator/>
      </w:r>
    </w:p>
  </w:endnote>
  <w:endnote w:type="continuationSeparator" w:id="0">
    <w:p w:rsidR="004A0482" w:rsidRDefault="004A0482" w:rsidP="00290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482" w:rsidRDefault="004A0482" w:rsidP="00290E56">
      <w:pPr>
        <w:spacing w:after="0" w:line="240" w:lineRule="auto"/>
      </w:pPr>
      <w:r>
        <w:separator/>
      </w:r>
    </w:p>
  </w:footnote>
  <w:footnote w:type="continuationSeparator" w:id="0">
    <w:p w:rsidR="004A0482" w:rsidRDefault="004A0482" w:rsidP="00290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E56" w:rsidRDefault="00D73813">
    <w:pPr>
      <w:pStyle w:val="Header"/>
    </w:pPr>
    <w:r w:rsidRPr="00D73813">
      <w:rPr>
        <w:rFonts w:ascii="Trebuchet MS" w:eastAsia="Calibri" w:hAnsi="Trebuchet MS" w:cs="Times New Roman"/>
        <w:noProof/>
        <w:color w:val="002060"/>
        <w:kern w:val="2"/>
        <w14:ligatures w14:val="standardContextual"/>
      </w:rPr>
      <w:drawing>
        <wp:inline distT="0" distB="0" distL="0" distR="0" wp14:anchorId="428E60FB" wp14:editId="6B2B505A">
          <wp:extent cx="2700000" cy="647857"/>
          <wp:effectExtent l="0" t="0" r="5715" b="0"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"/>
                  <pic:cNvPicPr>
                    <a:picLocks noChangeAspect="1"/>
                  </pic:cNvPicPr>
                </pic:nvPicPr>
                <pic:blipFill rotWithShape="1">
                  <a:blip r:embed="rId1"/>
                  <a:srcRect r="6897"/>
                  <a:stretch/>
                </pic:blipFill>
                <pic:spPr bwMode="auto">
                  <a:xfrm>
                    <a:off x="0" y="0"/>
                    <a:ext cx="2700000" cy="6478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D73813">
      <w:rPr>
        <w:rFonts w:ascii="Trebuchet MS" w:eastAsia="Calibri" w:hAnsi="Trebuchet MS" w:cs="Times New Roman"/>
        <w:noProof/>
        <w:color w:val="002060"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5A378075" wp14:editId="1E47EA36">
          <wp:simplePos x="0" y="0"/>
          <wp:positionH relativeFrom="margin">
            <wp:posOffset>4445000</wp:posOffset>
          </wp:positionH>
          <wp:positionV relativeFrom="paragraph">
            <wp:posOffset>-368300</wp:posOffset>
          </wp:positionV>
          <wp:extent cx="991235" cy="971550"/>
          <wp:effectExtent l="0" t="0" r="0" b="0"/>
          <wp:wrapNone/>
          <wp:docPr id="6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7" t="15091" r="72090" b="10463"/>
                  <a:stretch/>
                </pic:blipFill>
                <pic:spPr bwMode="auto">
                  <a:xfrm>
                    <a:off x="0" y="0"/>
                    <a:ext cx="9912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CAA0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33924FC"/>
    <w:multiLevelType w:val="hybridMultilevel"/>
    <w:tmpl w:val="2BAA99DE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924EFF"/>
    <w:multiLevelType w:val="hybridMultilevel"/>
    <w:tmpl w:val="A35EB90E"/>
    <w:lvl w:ilvl="0" w:tplc="0418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053CD"/>
    <w:rsid w:val="0015074B"/>
    <w:rsid w:val="001B29BB"/>
    <w:rsid w:val="00286C6D"/>
    <w:rsid w:val="00290E56"/>
    <w:rsid w:val="0029639D"/>
    <w:rsid w:val="00326F90"/>
    <w:rsid w:val="00422B42"/>
    <w:rsid w:val="0045620E"/>
    <w:rsid w:val="004A0482"/>
    <w:rsid w:val="007F22CF"/>
    <w:rsid w:val="00857295"/>
    <w:rsid w:val="008B0DAC"/>
    <w:rsid w:val="00A9076C"/>
    <w:rsid w:val="00AA1D8D"/>
    <w:rsid w:val="00AC5EC9"/>
    <w:rsid w:val="00B47730"/>
    <w:rsid w:val="00CB0664"/>
    <w:rsid w:val="00D73813"/>
    <w:rsid w:val="00F0756C"/>
    <w:rsid w:val="00F37B11"/>
    <w:rsid w:val="00F848B7"/>
    <w:rsid w:val="00F92B7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DEB01A04-83A9-474B-9D92-6DF0D742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elgril1">
    <w:name w:val="Tabel grilă1"/>
    <w:basedOn w:val="TableNormal"/>
    <w:next w:val="TableGrid"/>
    <w:uiPriority w:val="39"/>
    <w:rsid w:val="00D73813"/>
    <w:pPr>
      <w:spacing w:after="0" w:line="240" w:lineRule="auto"/>
    </w:pPr>
    <w:rPr>
      <w:rFonts w:eastAsia="Calibri"/>
      <w:kern w:val="2"/>
      <w:lang w:val="ro-RO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186982-8F67-4CF6-9EC0-7AC0B097A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1302</Words>
  <Characters>7424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8709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RePack by Diakov</cp:lastModifiedBy>
  <cp:revision>8</cp:revision>
  <dcterms:created xsi:type="dcterms:W3CDTF">2025-05-05T11:07:00Z</dcterms:created>
  <dcterms:modified xsi:type="dcterms:W3CDTF">2025-11-09T10:20:00Z</dcterms:modified>
  <cp:category/>
</cp:coreProperties>
</file>