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 xml:space="preserve">FOND: 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>Fondul Social European+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Program: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Program Educație și Ocupare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Prioritate: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Obiectiv specific: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Apel de proiecte: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Titlu proiect: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</w:t>
      </w: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Cod SMIS: </w:t>
      </w:r>
      <w:r w:rsidRPr="009D15D8">
        <w:rPr>
          <w:rFonts w:ascii="Calibri" w:eastAsia="Times New Roman" w:hAnsi="Calibri" w:cs="Calibri"/>
          <w:b/>
          <w:bCs/>
          <w:sz w:val="16"/>
          <w:szCs w:val="16"/>
        </w:rPr>
        <w:t>316928</w:t>
      </w:r>
    </w:p>
    <w:p w:rsidR="009D15D8" w:rsidRPr="00F6689D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Contract de finanţare nr.  </w:t>
      </w:r>
      <w:r w:rsidRPr="00F6689D">
        <w:rPr>
          <w:rFonts w:ascii="Calibri" w:eastAsia="Times New Roman" w:hAnsi="Calibri" w:cs="Calibri"/>
          <w:b/>
          <w:sz w:val="16"/>
          <w:szCs w:val="16"/>
          <w:lang w:val="ro-RO"/>
        </w:rPr>
        <w:t>G2024-79867/14.11.2024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Aprobat,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Manager proiect,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Nicolae Livia-Marinela</w:t>
            </w:r>
          </w:p>
          <w:p w:rsidR="009D15D8" w:rsidRPr="009D15D8" w:rsidRDefault="009D15D8" w:rsidP="009D15D8">
            <w:pPr>
              <w:ind w:left="1476" w:hanging="1476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Întocmit,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Tutore practică,</w:t>
            </w:r>
          </w:p>
          <w:p w:rsidR="009D15D8" w:rsidRPr="009D15D8" w:rsidRDefault="00831D56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Avizat,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Coordonator profesori,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Pavel Anca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:rsidR="009D15D8" w:rsidRDefault="009D15D8" w:rsidP="009D15D8">
      <w:pPr>
        <w:pStyle w:val="Heading1"/>
        <w:spacing w:line="240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240A61" w:rsidRDefault="00501ED9" w:rsidP="006F33BD">
      <w:pPr>
        <w:pStyle w:val="Title"/>
        <w:jc w:val="center"/>
      </w:pPr>
      <w:proofErr w:type="spellStart"/>
      <w:r w:rsidRPr="009D15D8">
        <w:t>Fișă</w:t>
      </w:r>
      <w:proofErr w:type="spellEnd"/>
      <w:r w:rsidRPr="009D15D8">
        <w:t xml:space="preserve"> de </w:t>
      </w:r>
      <w:proofErr w:type="spellStart"/>
      <w:r w:rsidRPr="009D15D8">
        <w:t>documentare</w:t>
      </w:r>
      <w:proofErr w:type="spellEnd"/>
    </w:p>
    <w:p w:rsidR="00F2614D" w:rsidRPr="00F2614D" w:rsidRDefault="00F2614D" w:rsidP="00F2614D">
      <w:pPr>
        <w:jc w:val="center"/>
        <w:rPr>
          <w:b/>
          <w:bCs/>
          <w:sz w:val="28"/>
        </w:rPr>
      </w:pPr>
      <w:proofErr w:type="spellStart"/>
      <w:r w:rsidRPr="00F2614D">
        <w:rPr>
          <w:b/>
          <w:bCs/>
          <w:sz w:val="28"/>
        </w:rPr>
        <w:t>Instalația</w:t>
      </w:r>
      <w:proofErr w:type="spellEnd"/>
      <w:r w:rsidRPr="00F2614D">
        <w:rPr>
          <w:b/>
          <w:bCs/>
          <w:sz w:val="28"/>
        </w:rPr>
        <w:t xml:space="preserve"> de </w:t>
      </w:r>
      <w:proofErr w:type="spellStart"/>
      <w:r w:rsidRPr="00F2614D">
        <w:rPr>
          <w:b/>
          <w:bCs/>
          <w:sz w:val="28"/>
        </w:rPr>
        <w:t>pregătire</w:t>
      </w:r>
      <w:proofErr w:type="spellEnd"/>
      <w:r w:rsidRPr="00F2614D">
        <w:rPr>
          <w:b/>
          <w:bCs/>
          <w:sz w:val="28"/>
        </w:rPr>
        <w:t xml:space="preserve"> </w:t>
      </w:r>
      <w:proofErr w:type="spellStart"/>
      <w:r w:rsidRPr="00F2614D">
        <w:rPr>
          <w:b/>
          <w:bCs/>
          <w:sz w:val="28"/>
        </w:rPr>
        <w:t>centralizată</w:t>
      </w:r>
      <w:proofErr w:type="spellEnd"/>
      <w:r w:rsidRPr="00F2614D">
        <w:rPr>
          <w:b/>
          <w:bCs/>
          <w:sz w:val="28"/>
        </w:rPr>
        <w:t xml:space="preserve"> a </w:t>
      </w:r>
      <w:proofErr w:type="spellStart"/>
      <w:r w:rsidRPr="00F2614D">
        <w:rPr>
          <w:b/>
          <w:bCs/>
          <w:sz w:val="28"/>
        </w:rPr>
        <w:t>suspensiei</w:t>
      </w:r>
      <w:proofErr w:type="spellEnd"/>
      <w:r w:rsidRPr="00F2614D">
        <w:rPr>
          <w:b/>
          <w:bCs/>
          <w:sz w:val="28"/>
        </w:rPr>
        <w:t xml:space="preserve"> de </w:t>
      </w:r>
      <w:proofErr w:type="spellStart"/>
      <w:r w:rsidRPr="00F2614D">
        <w:rPr>
          <w:b/>
          <w:bCs/>
          <w:sz w:val="28"/>
        </w:rPr>
        <w:t>drojdie</w:t>
      </w:r>
      <w:proofErr w:type="spellEnd"/>
    </w:p>
    <w:p w:rsidR="00D818BE" w:rsidRPr="00D818BE" w:rsidRDefault="00D818BE" w:rsidP="00D81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BE">
        <w:rPr>
          <w:rFonts w:ascii="Segoe UI Symbol" w:eastAsia="Times New Roman" w:hAnsi="Segoe UI Symbol" w:cs="Segoe UI Symbol"/>
          <w:sz w:val="24"/>
          <w:szCs w:val="24"/>
        </w:rPr>
        <w:t>🔴</w:t>
      </w:r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Rol</w:t>
      </w:r>
      <w:proofErr w:type="spellEnd"/>
      <w:proofErr w:type="gramStart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D818B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suspensii</w:t>
      </w:r>
      <w:proofErr w:type="spellEnd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drojdie</w:t>
      </w:r>
      <w:proofErr w:type="spellEnd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apă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utilizarea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8BE" w:rsidRPr="00D818BE" w:rsidRDefault="00D818BE" w:rsidP="00D81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3078480</wp:posOffset>
            </wp:positionH>
            <wp:positionV relativeFrom="paragraph">
              <wp:posOffset>666115</wp:posOffset>
            </wp:positionV>
            <wp:extent cx="2636520" cy="2522220"/>
            <wp:effectExtent l="0" t="0" r="0" b="0"/>
            <wp:wrapTight wrapText="bothSides">
              <wp:wrapPolygon edited="0">
                <wp:start x="0" y="0"/>
                <wp:lineTo x="0" y="21372"/>
                <wp:lineTo x="21382" y="21372"/>
                <wp:lineTo x="2138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MlzpoutrMzSO4y2DD_HbTQ6p2_C3snMr2h9Q7OBIpJQNyAKlJrdNqCae9dkFlAEF2nlK9NXekEVFkK2pytoX3K08PbIa9fQNSHKuslDNxofr4abzUSv1zHvmbEaeORq6_6QwiXe0PGCtd1BKU0Gr6HllEIMvqKmHK6E-4jZwDtjWpz7_-zZqZbaguxGSI8L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18BE">
        <w:rPr>
          <w:rFonts w:ascii="Segoe UI Symbol" w:eastAsia="Times New Roman" w:hAnsi="Segoe UI Symbol" w:cs="Segoe UI Symbol"/>
          <w:sz w:val="24"/>
          <w:szCs w:val="24"/>
        </w:rPr>
        <w:t>🔴</w:t>
      </w:r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Funcționare</w:t>
      </w:r>
      <w:proofErr w:type="spellEnd"/>
      <w:proofErr w:type="gramStart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D818B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Drojdia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(30–35°C) →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amestecare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cu agitator →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suspensie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omogenă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trimisă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malaxor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8BE" w:rsidRPr="00D818BE" w:rsidRDefault="00D818BE" w:rsidP="00D81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BE">
        <w:rPr>
          <w:rFonts w:ascii="Segoe UI Symbol" w:eastAsia="Times New Roman" w:hAnsi="Segoe UI Symbol" w:cs="Segoe UI Symbol"/>
          <w:sz w:val="24"/>
          <w:szCs w:val="24"/>
        </w:rPr>
        <w:t>🔴</w:t>
      </w:r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Componente</w:t>
      </w:r>
      <w:proofErr w:type="spellEnd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818BE" w:rsidRPr="00D818BE" w:rsidRDefault="00D818BE" w:rsidP="00D818B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rezervor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inox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18BE" w:rsidRPr="00D818BE" w:rsidRDefault="00D818BE" w:rsidP="00D818B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agitator </w:t>
      </w:r>
    </w:p>
    <w:p w:rsidR="00D818BE" w:rsidRPr="00D818BE" w:rsidRDefault="00D818BE" w:rsidP="00D818B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conducte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18BE" w:rsidRPr="00D818BE" w:rsidRDefault="00D818BE" w:rsidP="00D81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BE">
        <w:rPr>
          <w:rFonts w:ascii="Segoe UI Symbol" w:eastAsia="Times New Roman" w:hAnsi="Segoe UI Symbol" w:cs="Segoe UI Symbol"/>
          <w:sz w:val="24"/>
          <w:szCs w:val="24"/>
        </w:rPr>
        <w:t>🔴</w:t>
      </w:r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Avantaje</w:t>
      </w:r>
      <w:proofErr w:type="spellEnd"/>
      <w:r w:rsidRPr="00D818B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818BE" w:rsidRPr="00D818BE" w:rsidRDefault="00D818BE" w:rsidP="00D818B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dozare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18BE" w:rsidRPr="00D818BE" w:rsidRDefault="00D818BE" w:rsidP="00D818B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activare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rapidă</w:t>
      </w:r>
      <w:proofErr w:type="spellEnd"/>
      <w:r w:rsidRPr="00D818B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818BE">
        <w:rPr>
          <w:rFonts w:ascii="Times New Roman" w:eastAsia="Times New Roman" w:hAnsi="Times New Roman" w:cs="Times New Roman"/>
          <w:sz w:val="24"/>
          <w:szCs w:val="24"/>
        </w:rPr>
        <w:t>drojdiei</w:t>
      </w:r>
      <w:proofErr w:type="spellEnd"/>
    </w:p>
    <w:p w:rsidR="00F2614D" w:rsidRPr="00F2614D" w:rsidRDefault="00F2614D" w:rsidP="00F2614D">
      <w:bookmarkStart w:id="0" w:name="_GoBack"/>
      <w:bookmarkEnd w:id="0"/>
    </w:p>
    <w:sectPr w:rsidR="00F2614D" w:rsidRPr="00F2614D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64D" w:rsidRDefault="0038764D" w:rsidP="00300900">
      <w:pPr>
        <w:spacing w:after="0" w:line="240" w:lineRule="auto"/>
      </w:pPr>
      <w:r>
        <w:separator/>
      </w:r>
    </w:p>
  </w:endnote>
  <w:endnote w:type="continuationSeparator" w:id="0">
    <w:p w:rsidR="0038764D" w:rsidRDefault="0038764D" w:rsidP="0030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290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6E5" w:rsidRDefault="00492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18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26E5" w:rsidRDefault="00492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64D" w:rsidRDefault="0038764D" w:rsidP="00300900">
      <w:pPr>
        <w:spacing w:after="0" w:line="240" w:lineRule="auto"/>
      </w:pPr>
      <w:r>
        <w:separator/>
      </w:r>
    </w:p>
  </w:footnote>
  <w:footnote w:type="continuationSeparator" w:id="0">
    <w:p w:rsidR="0038764D" w:rsidRDefault="0038764D" w:rsidP="0030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D8" w:rsidRDefault="009D15D8">
    <w:pPr>
      <w:pStyle w:val="Header"/>
    </w:pPr>
    <w:r w:rsidRPr="009D15D8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064D2214" wp14:editId="58210E2A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991235" cy="971550"/>
          <wp:effectExtent l="0" t="0" r="0" b="0"/>
          <wp:wrapNone/>
          <wp:docPr id="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31D56">
      <w:rPr>
        <w:noProof/>
      </w:rPr>
      <w:drawing>
        <wp:inline distT="0" distB="0" distL="0" distR="0" wp14:anchorId="5CACEEA9" wp14:editId="714CAE8C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C3D4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F20EE"/>
    <w:multiLevelType w:val="hybridMultilevel"/>
    <w:tmpl w:val="E45643B2"/>
    <w:lvl w:ilvl="0" w:tplc="041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5DD1EA4"/>
    <w:multiLevelType w:val="multilevel"/>
    <w:tmpl w:val="6B52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84005B"/>
    <w:multiLevelType w:val="multilevel"/>
    <w:tmpl w:val="BB2E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DA3D4B"/>
    <w:multiLevelType w:val="multilevel"/>
    <w:tmpl w:val="2F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E45654"/>
    <w:multiLevelType w:val="multilevel"/>
    <w:tmpl w:val="14AA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C8535F"/>
    <w:multiLevelType w:val="multilevel"/>
    <w:tmpl w:val="4DD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3653C3"/>
    <w:multiLevelType w:val="multilevel"/>
    <w:tmpl w:val="724E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2777C8"/>
    <w:multiLevelType w:val="multilevel"/>
    <w:tmpl w:val="EA8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177CB8"/>
    <w:multiLevelType w:val="hybridMultilevel"/>
    <w:tmpl w:val="E124E38C"/>
    <w:lvl w:ilvl="0" w:tplc="0418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65C7A0B"/>
    <w:multiLevelType w:val="multilevel"/>
    <w:tmpl w:val="7D84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E94567"/>
    <w:multiLevelType w:val="multilevel"/>
    <w:tmpl w:val="AC7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826256"/>
    <w:multiLevelType w:val="multilevel"/>
    <w:tmpl w:val="6E62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FF13C9"/>
    <w:multiLevelType w:val="multilevel"/>
    <w:tmpl w:val="7E8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15642B"/>
    <w:multiLevelType w:val="multilevel"/>
    <w:tmpl w:val="4338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4B64C1"/>
    <w:multiLevelType w:val="multilevel"/>
    <w:tmpl w:val="0B7A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05F2F"/>
    <w:multiLevelType w:val="multilevel"/>
    <w:tmpl w:val="8F1E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471432"/>
    <w:multiLevelType w:val="multilevel"/>
    <w:tmpl w:val="D84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2F77A3"/>
    <w:multiLevelType w:val="hybridMultilevel"/>
    <w:tmpl w:val="0512F892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6E3C49"/>
    <w:multiLevelType w:val="multilevel"/>
    <w:tmpl w:val="E190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F325A6"/>
    <w:multiLevelType w:val="multilevel"/>
    <w:tmpl w:val="1852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5C452E"/>
    <w:multiLevelType w:val="multilevel"/>
    <w:tmpl w:val="681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A36C81"/>
    <w:multiLevelType w:val="multilevel"/>
    <w:tmpl w:val="A8A6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6"/>
  </w:num>
  <w:num w:numId="12">
    <w:abstractNumId w:val="17"/>
  </w:num>
  <w:num w:numId="13">
    <w:abstractNumId w:val="28"/>
  </w:num>
  <w:num w:numId="14">
    <w:abstractNumId w:val="29"/>
  </w:num>
  <w:num w:numId="15">
    <w:abstractNumId w:val="13"/>
  </w:num>
  <w:num w:numId="16">
    <w:abstractNumId w:val="21"/>
  </w:num>
  <w:num w:numId="17">
    <w:abstractNumId w:val="16"/>
  </w:num>
  <w:num w:numId="18">
    <w:abstractNumId w:val="25"/>
  </w:num>
  <w:num w:numId="19">
    <w:abstractNumId w:val="14"/>
  </w:num>
  <w:num w:numId="20">
    <w:abstractNumId w:val="30"/>
  </w:num>
  <w:num w:numId="21">
    <w:abstractNumId w:val="22"/>
  </w:num>
  <w:num w:numId="22">
    <w:abstractNumId w:val="27"/>
  </w:num>
  <w:num w:numId="23">
    <w:abstractNumId w:val="12"/>
  </w:num>
  <w:num w:numId="24">
    <w:abstractNumId w:val="20"/>
  </w:num>
  <w:num w:numId="25">
    <w:abstractNumId w:val="24"/>
  </w:num>
  <w:num w:numId="26">
    <w:abstractNumId w:val="10"/>
  </w:num>
  <w:num w:numId="27">
    <w:abstractNumId w:val="23"/>
  </w:num>
  <w:num w:numId="28">
    <w:abstractNumId w:val="15"/>
  </w:num>
  <w:num w:numId="29">
    <w:abstractNumId w:val="19"/>
  </w:num>
  <w:num w:numId="30">
    <w:abstractNumId w:val="1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5D4A"/>
    <w:rsid w:val="0006063C"/>
    <w:rsid w:val="000C7E52"/>
    <w:rsid w:val="0015074B"/>
    <w:rsid w:val="001F05FC"/>
    <w:rsid w:val="0022116F"/>
    <w:rsid w:val="00240A61"/>
    <w:rsid w:val="0029639D"/>
    <w:rsid w:val="002D7EC8"/>
    <w:rsid w:val="00300900"/>
    <w:rsid w:val="00326F90"/>
    <w:rsid w:val="0038764D"/>
    <w:rsid w:val="004364D0"/>
    <w:rsid w:val="004926E5"/>
    <w:rsid w:val="00493F90"/>
    <w:rsid w:val="004C3F45"/>
    <w:rsid w:val="00501ED9"/>
    <w:rsid w:val="00523F4F"/>
    <w:rsid w:val="00573C15"/>
    <w:rsid w:val="005A07C8"/>
    <w:rsid w:val="005F7A49"/>
    <w:rsid w:val="006A477D"/>
    <w:rsid w:val="006F33BD"/>
    <w:rsid w:val="007B2D05"/>
    <w:rsid w:val="007D2D66"/>
    <w:rsid w:val="00831D56"/>
    <w:rsid w:val="008762B1"/>
    <w:rsid w:val="00885CF5"/>
    <w:rsid w:val="009B22B9"/>
    <w:rsid w:val="009D15D8"/>
    <w:rsid w:val="00A726BE"/>
    <w:rsid w:val="00AA1D8D"/>
    <w:rsid w:val="00B47730"/>
    <w:rsid w:val="00B62EEF"/>
    <w:rsid w:val="00C3163D"/>
    <w:rsid w:val="00C56019"/>
    <w:rsid w:val="00C61920"/>
    <w:rsid w:val="00C66C30"/>
    <w:rsid w:val="00C8312C"/>
    <w:rsid w:val="00C91BE2"/>
    <w:rsid w:val="00CB0664"/>
    <w:rsid w:val="00D818BE"/>
    <w:rsid w:val="00DD19EC"/>
    <w:rsid w:val="00E22850"/>
    <w:rsid w:val="00E668A6"/>
    <w:rsid w:val="00F2614D"/>
    <w:rsid w:val="00F668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2468AF8-5729-47E2-AAB2-755B3981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9D15D8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834711-0378-4E33-B432-74BDC873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18</cp:revision>
  <dcterms:created xsi:type="dcterms:W3CDTF">2025-05-26T10:36:00Z</dcterms:created>
  <dcterms:modified xsi:type="dcterms:W3CDTF">2026-04-21T07:06:00Z</dcterms:modified>
  <cp:category/>
</cp:coreProperties>
</file>