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Pr="006067B8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6067B8">
        <w:rPr>
          <w:rFonts w:ascii="Times New Roman" w:hAnsi="Times New Roman" w:cs="Times New Roman"/>
          <w:color w:val="000000" w:themeColor="text1"/>
          <w:szCs w:val="24"/>
        </w:rPr>
        <w:t>Suport</w:t>
      </w:r>
      <w:proofErr w:type="spellEnd"/>
      <w:r w:rsidRPr="006067B8">
        <w:rPr>
          <w:rFonts w:ascii="Times New Roman" w:hAnsi="Times New Roman" w:cs="Times New Roman"/>
          <w:color w:val="000000" w:themeColor="text1"/>
          <w:szCs w:val="24"/>
        </w:rPr>
        <w:t xml:space="preserve"> de curs</w:t>
      </w:r>
    </w:p>
    <w:p w:rsidR="00591ADB" w:rsidRDefault="009678D5" w:rsidP="00E45570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Aprilie</w:t>
      </w:r>
      <w:proofErr w:type="spellEnd"/>
      <w:r w:rsidR="00E45570">
        <w:rPr>
          <w:rFonts w:ascii="Times New Roman" w:hAnsi="Times New Roman" w:cs="Times New Roman"/>
          <w:b/>
          <w:sz w:val="24"/>
        </w:rPr>
        <w:t xml:space="preserve"> </w:t>
      </w:r>
      <w:r w:rsidR="00E23221">
        <w:rPr>
          <w:rFonts w:ascii="Times New Roman" w:hAnsi="Times New Roman" w:cs="Times New Roman"/>
          <w:b/>
          <w:sz w:val="24"/>
        </w:rPr>
        <w:t>2026</w:t>
      </w:r>
    </w:p>
    <w:p w:rsidR="00A55D6E" w:rsidRDefault="00A55D6E" w:rsidP="00E45570">
      <w:pPr>
        <w:jc w:val="center"/>
        <w:rPr>
          <w:rFonts w:ascii="Times New Roman" w:hAnsi="Times New Roman" w:cs="Times New Roman"/>
          <w:b/>
          <w:sz w:val="24"/>
        </w:rPr>
      </w:pPr>
      <w:r w:rsidRPr="00A55D6E">
        <w:rPr>
          <w:rFonts w:ascii="Times New Roman" w:hAnsi="Times New Roman" w:cs="Times New Roman"/>
          <w:b/>
          <w:sz w:val="24"/>
        </w:rPr>
        <w:t>INSTALAȚII UTILIZATE ÎN PANIFICAȚIE</w:t>
      </w:r>
    </w:p>
    <w:p w:rsidR="00A55D6E" w:rsidRPr="00A55D6E" w:rsidRDefault="00A55D6E" w:rsidP="00A55D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Instalația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pregătire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centralizată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suspensiei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drojdie</w:t>
      </w:r>
      <w:proofErr w:type="spellEnd"/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transformarea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comprimate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suspensie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omogenă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ușor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dozat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Principiu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funcționare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Drojdia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amestecă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caldă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(≈30–35°C)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rezervor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→ se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agită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→ se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obține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suspensie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693506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-262890</wp:posOffset>
            </wp:positionV>
            <wp:extent cx="152400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330" y="21446"/>
                <wp:lineTo x="213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cfrluJTzHf06QNdGaXdkBKmDS7Dgplifj-SFJrG97zkVG9QcELrG97dh1YBd6YfhjYiCr-5OZavEDJi6NFDxbHDUGddKEKjPcyj4Mqs2wWH9Y4ENNlg5eSKQXTG-MVOpqyOus_s4-sxO1UbTg787J5NoBYE2bexVAzvCu_8tjO24jrLOMX9ChoKCX8geR-p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D6E"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="00A55D6E"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principale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rezervor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amestec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agitator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mecanic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conducte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Avantaje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dozare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activare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rapidă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drojdiei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eficiență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crescută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lastRenderedPageBreak/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Deservire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verificarea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curățarea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rezervorului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omogenității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suspensiei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A5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5D6E" w:rsidRPr="00A55D6E" w:rsidRDefault="00A55D6E" w:rsidP="00A55D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Instalația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continuă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pentru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dizolvarea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sării</w:t>
      </w:r>
      <w:proofErr w:type="spellEnd"/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soluții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saline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uniforme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utilizată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Principiu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funcționare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solidă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introdusă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dizolvator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→ se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amestecă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continuu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rezultă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soluție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salină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693506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6350</wp:posOffset>
            </wp:positionV>
            <wp:extent cx="2080260" cy="2080260"/>
            <wp:effectExtent l="0" t="0" r="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NjaHBWkKAFszvOwxqo49OGOHuXsmQOVoxtbWW4Z4hmJvKZlRS6RQSmxCfLR7VNwEjKhrl5sYlLQhsPDC4Q9VTV3SuODXIs5cpCXGkedgNpWG72aAJbB-gJ53knMoReHa4MC2XOLi_kaT-OmadQvugHy_4zTfK6eGXKaqXLSLgFq8jOk2dLl2kNrU7T92PnK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D6E"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="00A55D6E"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principale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rezervor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dizolvare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agitator </w:t>
      </w:r>
    </w:p>
    <w:p w:rsidR="00A55D6E" w:rsidRPr="00A55D6E" w:rsidRDefault="00A55D6E" w:rsidP="00B52B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dozare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Avantaje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distribuție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sării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dozare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precisă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impurităților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filtrare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Deservire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concentrației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soluției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verificarea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funcționării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agitatorului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curățarea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instalației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A5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5D6E" w:rsidRPr="00A55D6E" w:rsidRDefault="00A55D6E" w:rsidP="00A55D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Instalația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pentru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lichefierea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grăsimilor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7"/>
          <w:szCs w:val="27"/>
        </w:rPr>
        <w:t>consistente</w:t>
      </w:r>
      <w:proofErr w:type="spellEnd"/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Transformă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grăsimile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margarină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lichidă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lastRenderedPageBreak/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Principiu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funcționare</w:t>
      </w:r>
      <w:proofErr w:type="spellEnd"/>
      <w:proofErr w:type="gram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A55D6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Grăsimile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încălzite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controlat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(≈40–50°C) → se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topesc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devin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lichide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D6E" w:rsidRPr="00A55D6E" w:rsidRDefault="00693506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156845</wp:posOffset>
            </wp:positionV>
            <wp:extent cx="2754630" cy="1836420"/>
            <wp:effectExtent l="0" t="0" r="7620" b="0"/>
            <wp:wrapTight wrapText="bothSides">
              <wp:wrapPolygon edited="0">
                <wp:start x="0" y="0"/>
                <wp:lineTo x="0" y="21286"/>
                <wp:lineTo x="21510" y="21286"/>
                <wp:lineTo x="2151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2bwLyjdjR-gZ36sMPSlej_a4p3R6NI1l_R5s5XHml-6w98x6mwPwbql-95at-TNsR0kP-5qNgOlBCLXk1M7Vxv1dTQS4gblsASAnSesyJ0I9dBSpg1MIly1lvBSwEipfL84if4nw5WQQCLJnrEOEIMqaM-Whh83hSZpxXLhNoNHKZ8q4ZWsWJ-rtawX4rX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D6E"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="00A55D6E"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principale</w:t>
      </w:r>
      <w:proofErr w:type="spellEnd"/>
      <w:r w:rsidR="00A55D6E"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vas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topire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(cu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pereți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dubli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A55D6E" w:rsidRPr="00A55D6E" w:rsidRDefault="00A55D6E" w:rsidP="00B52B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încălzire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abur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caldă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A55D6E" w:rsidRPr="00A55D6E" w:rsidRDefault="00A55D6E" w:rsidP="00B52B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conducte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Avantaje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manipulare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ușoară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distribuție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B52B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D6E" w:rsidRPr="00A55D6E" w:rsidRDefault="00A55D6E" w:rsidP="00A55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D6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Deservire</w:t>
      </w:r>
      <w:proofErr w:type="spellEnd"/>
      <w:r w:rsidRPr="00A55D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55D6E" w:rsidRPr="00A55D6E" w:rsidRDefault="00A55D6E" w:rsidP="00B52BF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degradeze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grăsimea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A55D6E" w:rsidRPr="00A55D6E" w:rsidRDefault="00A55D6E" w:rsidP="00B52BF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curățarea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vasului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A55D6E" w:rsidRPr="00A55D6E" w:rsidRDefault="00A55D6E" w:rsidP="00B52BF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verificarea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A55D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5D6E">
        <w:rPr>
          <w:rFonts w:ascii="Times New Roman" w:eastAsia="Times New Roman" w:hAnsi="Times New Roman" w:cs="Times New Roman"/>
          <w:sz w:val="24"/>
          <w:szCs w:val="24"/>
        </w:rPr>
        <w:t>încălzire</w:t>
      </w:r>
      <w:proofErr w:type="spellEnd"/>
    </w:p>
    <w:p w:rsidR="00A55D6E" w:rsidRDefault="00A55D6E" w:rsidP="00A55D6E">
      <w:pPr>
        <w:jc w:val="both"/>
        <w:rPr>
          <w:rFonts w:ascii="Times New Roman" w:hAnsi="Times New Roman" w:cs="Times New Roman"/>
          <w:b/>
          <w:sz w:val="24"/>
        </w:rPr>
      </w:pPr>
    </w:p>
    <w:sectPr w:rsidR="00A55D6E" w:rsidSect="00D8780D">
      <w:headerReference w:type="default" r:id="rId11"/>
      <w:footerReference w:type="default" r:id="rId12"/>
      <w:pgSz w:w="12240" w:h="15840"/>
      <w:pgMar w:top="1648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453" w:rsidRDefault="00FA2453" w:rsidP="00290E56">
      <w:pPr>
        <w:spacing w:after="0" w:line="240" w:lineRule="auto"/>
      </w:pPr>
      <w:r>
        <w:separator/>
      </w:r>
    </w:p>
  </w:endnote>
  <w:endnote w:type="continuationSeparator" w:id="0">
    <w:p w:rsidR="00FA2453" w:rsidRDefault="00FA2453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287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3CB" w:rsidRDefault="00F02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5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23CB" w:rsidRDefault="00F02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453" w:rsidRDefault="00FA2453" w:rsidP="00290E56">
      <w:pPr>
        <w:spacing w:after="0" w:line="240" w:lineRule="auto"/>
      </w:pPr>
      <w:r>
        <w:separator/>
      </w:r>
    </w:p>
  </w:footnote>
  <w:footnote w:type="continuationSeparator" w:id="0">
    <w:p w:rsidR="00FA2453" w:rsidRDefault="00FA2453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D8780D" w:rsidP="00D8780D">
    <w:pPr>
      <w:pStyle w:val="Header"/>
      <w:ind w:left="-993"/>
    </w:pPr>
    <w:r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4833620</wp:posOffset>
          </wp:positionH>
          <wp:positionV relativeFrom="paragraph">
            <wp:posOffset>-139700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1ADB">
      <w:rPr>
        <w:noProof/>
      </w:rPr>
      <w:drawing>
        <wp:inline distT="0" distB="0" distL="0" distR="0" wp14:anchorId="5AEAE87D" wp14:editId="00E5DA7B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A2359F"/>
    <w:multiLevelType w:val="multilevel"/>
    <w:tmpl w:val="ACB4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E3B0A"/>
    <w:multiLevelType w:val="multilevel"/>
    <w:tmpl w:val="3EA6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80B47"/>
    <w:multiLevelType w:val="multilevel"/>
    <w:tmpl w:val="C9CA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F8311E"/>
    <w:multiLevelType w:val="multilevel"/>
    <w:tmpl w:val="F73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BE47FA"/>
    <w:multiLevelType w:val="multilevel"/>
    <w:tmpl w:val="E6C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02227"/>
    <w:multiLevelType w:val="multilevel"/>
    <w:tmpl w:val="E41A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70969"/>
    <w:multiLevelType w:val="multilevel"/>
    <w:tmpl w:val="5FC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24B74"/>
    <w:multiLevelType w:val="multilevel"/>
    <w:tmpl w:val="E8F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BF2724"/>
    <w:multiLevelType w:val="multilevel"/>
    <w:tmpl w:val="914A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11"/>
  </w:num>
  <w:num w:numId="9">
    <w:abstractNumId w:val="14"/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8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12B9"/>
    <w:rsid w:val="001053CD"/>
    <w:rsid w:val="00132FF9"/>
    <w:rsid w:val="001330AA"/>
    <w:rsid w:val="0015074B"/>
    <w:rsid w:val="001B29BB"/>
    <w:rsid w:val="001E5E6B"/>
    <w:rsid w:val="00286C6D"/>
    <w:rsid w:val="00290CBE"/>
    <w:rsid w:val="00290E56"/>
    <w:rsid w:val="00295240"/>
    <w:rsid w:val="0029639D"/>
    <w:rsid w:val="00326F90"/>
    <w:rsid w:val="003366C3"/>
    <w:rsid w:val="00343BE0"/>
    <w:rsid w:val="003475FE"/>
    <w:rsid w:val="003A1AD4"/>
    <w:rsid w:val="00422B42"/>
    <w:rsid w:val="0045620E"/>
    <w:rsid w:val="004A0482"/>
    <w:rsid w:val="004D4A26"/>
    <w:rsid w:val="004F75D9"/>
    <w:rsid w:val="005507E3"/>
    <w:rsid w:val="00591ADB"/>
    <w:rsid w:val="005E10C1"/>
    <w:rsid w:val="00604369"/>
    <w:rsid w:val="006067B8"/>
    <w:rsid w:val="0061436A"/>
    <w:rsid w:val="00693506"/>
    <w:rsid w:val="006E6A7C"/>
    <w:rsid w:val="00705AA3"/>
    <w:rsid w:val="007932F3"/>
    <w:rsid w:val="007F22CF"/>
    <w:rsid w:val="00853C71"/>
    <w:rsid w:val="00857295"/>
    <w:rsid w:val="008B0DAC"/>
    <w:rsid w:val="008C083A"/>
    <w:rsid w:val="008C71CF"/>
    <w:rsid w:val="008F6275"/>
    <w:rsid w:val="009678D5"/>
    <w:rsid w:val="00A16DCB"/>
    <w:rsid w:val="00A3526C"/>
    <w:rsid w:val="00A55D6E"/>
    <w:rsid w:val="00A9076C"/>
    <w:rsid w:val="00AA1D8D"/>
    <w:rsid w:val="00AC5EC9"/>
    <w:rsid w:val="00B47730"/>
    <w:rsid w:val="00B52BF0"/>
    <w:rsid w:val="00BC113B"/>
    <w:rsid w:val="00C52DBF"/>
    <w:rsid w:val="00C64246"/>
    <w:rsid w:val="00CB0664"/>
    <w:rsid w:val="00D075D9"/>
    <w:rsid w:val="00D32F4D"/>
    <w:rsid w:val="00D57C99"/>
    <w:rsid w:val="00D6191B"/>
    <w:rsid w:val="00D73813"/>
    <w:rsid w:val="00D8780D"/>
    <w:rsid w:val="00E23221"/>
    <w:rsid w:val="00E45570"/>
    <w:rsid w:val="00E86E1F"/>
    <w:rsid w:val="00ED59E0"/>
    <w:rsid w:val="00F023CB"/>
    <w:rsid w:val="00F04B6D"/>
    <w:rsid w:val="00F0756C"/>
    <w:rsid w:val="00F37B11"/>
    <w:rsid w:val="00F848B7"/>
    <w:rsid w:val="00F92B72"/>
    <w:rsid w:val="00FA2453"/>
    <w:rsid w:val="00FB3D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FB3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D8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295030-0B44-4B96-8E8A-762234E9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33</cp:revision>
  <dcterms:created xsi:type="dcterms:W3CDTF">2025-05-05T11:07:00Z</dcterms:created>
  <dcterms:modified xsi:type="dcterms:W3CDTF">2026-04-21T06:59:00Z</dcterms:modified>
  <cp:category/>
</cp:coreProperties>
</file>