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831D56" w:rsidRPr="006F33BD" w:rsidRDefault="0022116F" w:rsidP="006F33BD">
      <w:pPr>
        <w:pStyle w:val="Title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502285</wp:posOffset>
            </wp:positionV>
            <wp:extent cx="5189220" cy="4413250"/>
            <wp:effectExtent l="0" t="0" r="0" b="6350"/>
            <wp:wrapTight wrapText="bothSides">
              <wp:wrapPolygon edited="0">
                <wp:start x="0" y="0"/>
                <wp:lineTo x="0" y="21538"/>
                <wp:lineTo x="21489" y="21538"/>
                <wp:lineTo x="2148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1ED9" w:rsidRPr="009D15D8">
        <w:t>Fișă</w:t>
      </w:r>
      <w:proofErr w:type="spellEnd"/>
      <w:r w:rsidR="00501ED9" w:rsidRPr="009D15D8">
        <w:t xml:space="preserve"> de </w:t>
      </w:r>
      <w:proofErr w:type="spellStart"/>
      <w:r w:rsidR="00501ED9" w:rsidRPr="009D15D8">
        <w:t>documentare</w:t>
      </w:r>
      <w:bookmarkStart w:id="0" w:name="_GoBack"/>
      <w:bookmarkEnd w:id="0"/>
      <w:proofErr w:type="spellEnd"/>
    </w:p>
    <w:sectPr w:rsidR="00831D56" w:rsidRPr="006F33BD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A49" w:rsidRDefault="005F7A49" w:rsidP="00300900">
      <w:pPr>
        <w:spacing w:after="0" w:line="240" w:lineRule="auto"/>
      </w:pPr>
      <w:r>
        <w:separator/>
      </w:r>
    </w:p>
  </w:endnote>
  <w:endnote w:type="continuationSeparator" w:id="0">
    <w:p w:rsidR="005F7A49" w:rsidRDefault="005F7A49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2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A49" w:rsidRDefault="005F7A49" w:rsidP="00300900">
      <w:pPr>
        <w:spacing w:after="0" w:line="240" w:lineRule="auto"/>
      </w:pPr>
      <w:r>
        <w:separator/>
      </w:r>
    </w:p>
  </w:footnote>
  <w:footnote w:type="continuationSeparator" w:id="0">
    <w:p w:rsidR="005F7A49" w:rsidRDefault="005F7A49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6"/>
  </w:num>
  <w:num w:numId="12">
    <w:abstractNumId w:val="13"/>
  </w:num>
  <w:num w:numId="13">
    <w:abstractNumId w:val="17"/>
  </w:num>
  <w:num w:numId="14">
    <w:abstractNumId w:val="18"/>
  </w:num>
  <w:num w:numId="15">
    <w:abstractNumId w:val="10"/>
  </w:num>
  <w:num w:numId="16">
    <w:abstractNumId w:val="14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15074B"/>
    <w:rsid w:val="001F05FC"/>
    <w:rsid w:val="0022116F"/>
    <w:rsid w:val="0029639D"/>
    <w:rsid w:val="002D7EC8"/>
    <w:rsid w:val="00300900"/>
    <w:rsid w:val="00326F90"/>
    <w:rsid w:val="004926E5"/>
    <w:rsid w:val="00493F90"/>
    <w:rsid w:val="004C3F45"/>
    <w:rsid w:val="00501ED9"/>
    <w:rsid w:val="00523F4F"/>
    <w:rsid w:val="00573C15"/>
    <w:rsid w:val="005A07C8"/>
    <w:rsid w:val="005F7A49"/>
    <w:rsid w:val="006A477D"/>
    <w:rsid w:val="006F33BD"/>
    <w:rsid w:val="007B2D05"/>
    <w:rsid w:val="00831D56"/>
    <w:rsid w:val="008762B1"/>
    <w:rsid w:val="009B22B9"/>
    <w:rsid w:val="009D15D8"/>
    <w:rsid w:val="00A726BE"/>
    <w:rsid w:val="00AA1D8D"/>
    <w:rsid w:val="00B47730"/>
    <w:rsid w:val="00B62EEF"/>
    <w:rsid w:val="00C3163D"/>
    <w:rsid w:val="00C56019"/>
    <w:rsid w:val="00C61920"/>
    <w:rsid w:val="00C91BE2"/>
    <w:rsid w:val="00CB0664"/>
    <w:rsid w:val="00DD19EC"/>
    <w:rsid w:val="00E22850"/>
    <w:rsid w:val="00E668A6"/>
    <w:rsid w:val="00F668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25F5D7-0FB8-45E7-97CE-CA042D41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12</cp:revision>
  <dcterms:created xsi:type="dcterms:W3CDTF">2025-05-26T10:36:00Z</dcterms:created>
  <dcterms:modified xsi:type="dcterms:W3CDTF">2026-02-27T21:15:00Z</dcterms:modified>
  <cp:category/>
</cp:coreProperties>
</file>