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40A61" w:rsidRDefault="00501ED9" w:rsidP="006F33BD">
      <w:pPr>
        <w:pStyle w:val="Title"/>
        <w:jc w:val="center"/>
        <w:rPr>
          <w:b/>
        </w:rPr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240A61">
        <w:rPr>
          <w:rFonts w:ascii="Times New Roman" w:eastAsia="Times New Roman" w:hAnsi="Times New Roman" w:cs="Times New Roman"/>
          <w:b/>
          <w:bCs/>
          <w:sz w:val="32"/>
          <w:szCs w:val="32"/>
        </w:rPr>
        <w:t>Felierea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32"/>
          <w:szCs w:val="32"/>
        </w:rPr>
        <w:t>pâinii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240A61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1.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36"/>
        </w:rPr>
        <w:t>Definiție</w:t>
      </w:r>
      <w:proofErr w:type="spellEnd"/>
    </w:p>
    <w:p w:rsidR="00240A61" w:rsidRPr="00240A61" w:rsidRDefault="00C66C30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487680</wp:posOffset>
            </wp:positionV>
            <wp:extent cx="3101975" cy="1927860"/>
            <wp:effectExtent l="0" t="0" r="3175" b="0"/>
            <wp:wrapTight wrapText="bothSides">
              <wp:wrapPolygon edited="0">
                <wp:start x="531" y="0"/>
                <wp:lineTo x="0" y="427"/>
                <wp:lineTo x="0" y="20704"/>
                <wp:lineTo x="398" y="21344"/>
                <wp:lineTo x="531" y="21344"/>
                <wp:lineTo x="20959" y="21344"/>
                <wp:lineTo x="21092" y="21344"/>
                <wp:lineTo x="21489" y="20704"/>
                <wp:lineTo x="21489" y="427"/>
                <wp:lineTo x="20959" y="0"/>
                <wp:lineTo x="53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192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Felierea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pâinii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tehnologică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pâinea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coaptă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răcită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tăiată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felii</w:t>
      </w:r>
      <w:proofErr w:type="spellEnd"/>
      <w:r w:rsidR="00240A61"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240A61"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grosime</w:t>
      </w:r>
      <w:proofErr w:type="spellEnd"/>
      <w:r w:rsidR="00240A61"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uniformă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ajutorul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utilaje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speciale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feliere</w:t>
      </w:r>
      <w:proofErr w:type="spellEnd"/>
      <w:r w:rsidR="00240A61" w:rsidRPr="00240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0A61" w:rsidRPr="00240A61" w:rsidRDefault="00240A61" w:rsidP="00240A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Scopul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felierii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pâinii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roluri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40A61" w:rsidRPr="00240A61" w:rsidRDefault="00240A61" w:rsidP="00240A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ușurarea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consumului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240A61" w:rsidRPr="00240A61" w:rsidRDefault="00240A61" w:rsidP="00240A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uniforme</w:t>
      </w:r>
      <w:proofErr w:type="spellEnd"/>
    </w:p>
    <w:p w:rsidR="00240A61" w:rsidRPr="00240A61" w:rsidRDefault="00240A61" w:rsidP="00240A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gradului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comoditate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consumator</w:t>
      </w:r>
      <w:proofErr w:type="spellEnd"/>
    </w:p>
    <w:p w:rsidR="00240A61" w:rsidRPr="00240A61" w:rsidRDefault="00240A61" w:rsidP="00240A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facilitarea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ambalării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</w:p>
    <w:p w:rsidR="00240A61" w:rsidRPr="00240A61" w:rsidRDefault="00240A61" w:rsidP="00240A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îmbunătățirea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prezentării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comerciale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Momentul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realizării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felierii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pâinii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după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răcirea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completă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produsului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deoarece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40A61" w:rsidRPr="00240A61" w:rsidRDefault="00240A61" w:rsidP="00240A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miezul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devine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elastic</w:t>
      </w:r>
    </w:p>
    <w:p w:rsidR="00240A61" w:rsidRPr="00240A61" w:rsidRDefault="00240A61" w:rsidP="00240A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A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evită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deformarea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240A61" w:rsidRPr="00240A61" w:rsidRDefault="00240A61" w:rsidP="00240A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feliile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își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păstrează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forma</w:t>
      </w:r>
    </w:p>
    <w:p w:rsidR="00240A61" w:rsidRPr="00240A61" w:rsidRDefault="00240A61" w:rsidP="00240A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Utilaje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feliere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ajutorul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mașinilor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feliat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pâine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cu:</w:t>
      </w:r>
    </w:p>
    <w:p w:rsidR="00240A61" w:rsidRPr="00240A61" w:rsidRDefault="00240A61" w:rsidP="00240A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lame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</w:p>
    <w:p w:rsidR="00240A61" w:rsidRPr="00240A61" w:rsidRDefault="00240A61" w:rsidP="00240A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mecanism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ghidare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240A61" w:rsidRPr="00240A61" w:rsidRDefault="00240A61" w:rsidP="00240A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operator</w:t>
      </w:r>
    </w:p>
    <w:p w:rsidR="00240A61" w:rsidRPr="00240A61" w:rsidRDefault="00240A61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utilaje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asigură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felii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egale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tăiere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4"/>
          <w:szCs w:val="24"/>
        </w:rPr>
        <w:t>rapidă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0A61" w:rsidRPr="00240A61" w:rsidRDefault="00240A61" w:rsidP="00240A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Caracteristicile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felierii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corecte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feliere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A61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asigure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40A61" w:rsidRPr="00240A61" w:rsidRDefault="00240A61" w:rsidP="00240A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grosime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</w:p>
    <w:p w:rsidR="00240A61" w:rsidRPr="00240A61" w:rsidRDefault="00240A61" w:rsidP="00240A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margini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netede</w:t>
      </w:r>
      <w:proofErr w:type="spellEnd"/>
    </w:p>
    <w:p w:rsidR="00240A61" w:rsidRPr="00240A61" w:rsidRDefault="00240A61" w:rsidP="00240A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menținerea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formei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pâinii</w:t>
      </w:r>
      <w:proofErr w:type="spellEnd"/>
    </w:p>
    <w:p w:rsidR="00240A61" w:rsidRPr="00240A61" w:rsidRDefault="00240A61" w:rsidP="00240A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evitarea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sfărâmării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miezului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Importanța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felierii</w:t>
      </w:r>
      <w:proofErr w:type="spellEnd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b/>
          <w:bCs/>
          <w:sz w:val="28"/>
          <w:szCs w:val="28"/>
        </w:rPr>
        <w:t>pâinii</w:t>
      </w:r>
      <w:proofErr w:type="spellEnd"/>
    </w:p>
    <w:p w:rsidR="00240A61" w:rsidRPr="00240A61" w:rsidRDefault="00240A61" w:rsidP="00240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Felierea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la:</w:t>
      </w:r>
    </w:p>
    <w:p w:rsidR="00240A61" w:rsidRPr="00240A61" w:rsidRDefault="00240A61" w:rsidP="00240A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atractivității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240A61" w:rsidRPr="00240A61" w:rsidRDefault="00240A61" w:rsidP="00240A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facilitarea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consumului</w:t>
      </w:r>
      <w:proofErr w:type="spellEnd"/>
    </w:p>
    <w:p w:rsidR="00240A61" w:rsidRPr="00240A61" w:rsidRDefault="00240A61" w:rsidP="00240A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pregătirea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produselor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ambalare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24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0A61">
        <w:rPr>
          <w:rFonts w:ascii="Times New Roman" w:eastAsia="Times New Roman" w:hAnsi="Times New Roman" w:cs="Times New Roman"/>
          <w:sz w:val="24"/>
          <w:szCs w:val="24"/>
        </w:rPr>
        <w:t>comercializare</w:t>
      </w:r>
      <w:proofErr w:type="spellEnd"/>
    </w:p>
    <w:p w:rsidR="00831D56" w:rsidRPr="00240A61" w:rsidRDefault="00831D56" w:rsidP="00240A61">
      <w:pPr>
        <w:jc w:val="both"/>
      </w:pPr>
    </w:p>
    <w:sectPr w:rsidR="00831D56" w:rsidRPr="00240A61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E52" w:rsidRDefault="000C7E52" w:rsidP="00300900">
      <w:pPr>
        <w:spacing w:after="0" w:line="240" w:lineRule="auto"/>
      </w:pPr>
      <w:r>
        <w:separator/>
      </w:r>
    </w:p>
  </w:endnote>
  <w:endnote w:type="continuationSeparator" w:id="0">
    <w:p w:rsidR="000C7E52" w:rsidRDefault="000C7E52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C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E52" w:rsidRDefault="000C7E52" w:rsidP="00300900">
      <w:pPr>
        <w:spacing w:after="0" w:line="240" w:lineRule="auto"/>
      </w:pPr>
      <w:r>
        <w:separator/>
      </w:r>
    </w:p>
  </w:footnote>
  <w:footnote w:type="continuationSeparator" w:id="0">
    <w:p w:rsidR="000C7E52" w:rsidRDefault="000C7E52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DA3D4B"/>
    <w:multiLevelType w:val="multilevel"/>
    <w:tmpl w:val="2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826256"/>
    <w:multiLevelType w:val="multilevel"/>
    <w:tmpl w:val="6E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15642B"/>
    <w:multiLevelType w:val="multilevel"/>
    <w:tmpl w:val="433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6E3C49"/>
    <w:multiLevelType w:val="multilevel"/>
    <w:tmpl w:val="E1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A36C81"/>
    <w:multiLevelType w:val="multilevel"/>
    <w:tmpl w:val="A8A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9"/>
  </w:num>
  <w:num w:numId="12">
    <w:abstractNumId w:val="14"/>
  </w:num>
  <w:num w:numId="13">
    <w:abstractNumId w:val="21"/>
  </w:num>
  <w:num w:numId="14">
    <w:abstractNumId w:val="22"/>
  </w:num>
  <w:num w:numId="15">
    <w:abstractNumId w:val="11"/>
  </w:num>
  <w:num w:numId="16">
    <w:abstractNumId w:val="16"/>
  </w:num>
  <w:num w:numId="17">
    <w:abstractNumId w:val="13"/>
  </w:num>
  <w:num w:numId="18">
    <w:abstractNumId w:val="18"/>
  </w:num>
  <w:num w:numId="19">
    <w:abstractNumId w:val="12"/>
  </w:num>
  <w:num w:numId="20">
    <w:abstractNumId w:val="23"/>
  </w:num>
  <w:num w:numId="21">
    <w:abstractNumId w:val="17"/>
  </w:num>
  <w:num w:numId="22">
    <w:abstractNumId w:val="20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C7E52"/>
    <w:rsid w:val="0015074B"/>
    <w:rsid w:val="001F05FC"/>
    <w:rsid w:val="0022116F"/>
    <w:rsid w:val="00240A61"/>
    <w:rsid w:val="0029639D"/>
    <w:rsid w:val="002D7EC8"/>
    <w:rsid w:val="00300900"/>
    <w:rsid w:val="00326F90"/>
    <w:rsid w:val="004926E5"/>
    <w:rsid w:val="00493F90"/>
    <w:rsid w:val="004C3F45"/>
    <w:rsid w:val="00501ED9"/>
    <w:rsid w:val="00523F4F"/>
    <w:rsid w:val="00573C15"/>
    <w:rsid w:val="005A07C8"/>
    <w:rsid w:val="005F7A49"/>
    <w:rsid w:val="006A477D"/>
    <w:rsid w:val="006F33BD"/>
    <w:rsid w:val="007B2D05"/>
    <w:rsid w:val="00831D56"/>
    <w:rsid w:val="008762B1"/>
    <w:rsid w:val="009B22B9"/>
    <w:rsid w:val="009D15D8"/>
    <w:rsid w:val="00A726BE"/>
    <w:rsid w:val="00AA1D8D"/>
    <w:rsid w:val="00B47730"/>
    <w:rsid w:val="00B62EEF"/>
    <w:rsid w:val="00C3163D"/>
    <w:rsid w:val="00C56019"/>
    <w:rsid w:val="00C61920"/>
    <w:rsid w:val="00C66C30"/>
    <w:rsid w:val="00C91BE2"/>
    <w:rsid w:val="00CB0664"/>
    <w:rsid w:val="00DD19EC"/>
    <w:rsid w:val="00E22850"/>
    <w:rsid w:val="00E668A6"/>
    <w:rsid w:val="00F668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FDDF3E-2B47-4FC0-856D-F66A47F7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13</cp:revision>
  <dcterms:created xsi:type="dcterms:W3CDTF">2025-05-26T10:36:00Z</dcterms:created>
  <dcterms:modified xsi:type="dcterms:W3CDTF">2026-03-09T18:15:00Z</dcterms:modified>
  <cp:category/>
</cp:coreProperties>
</file>