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 xml:space="preserve">FOND: 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>Fondul Social European+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Program: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Program Educație și Ocupare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Prioritate: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P8.Creșterea accesibilității, atractivității și calității învățământului profesional și tehnic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Obiectiv specific: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Apel de proiecte: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Titlu proiect: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</w:t>
      </w: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Practica Educațională Îmbunătățită: Un Proiect pentru Dezvoltarea Tinerilor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Cod SMIS: </w:t>
      </w:r>
      <w:r w:rsidRPr="009D15D8">
        <w:rPr>
          <w:rFonts w:ascii="Calibri" w:eastAsia="Times New Roman" w:hAnsi="Calibri" w:cs="Calibri"/>
          <w:b/>
          <w:bCs/>
          <w:sz w:val="16"/>
          <w:szCs w:val="16"/>
        </w:rPr>
        <w:t>316928</w:t>
      </w:r>
    </w:p>
    <w:p w:rsidR="009D15D8" w:rsidRPr="00F6689D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b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Contract de finanţare nr.  </w:t>
      </w:r>
      <w:r w:rsidRPr="00F6689D">
        <w:rPr>
          <w:rFonts w:ascii="Calibri" w:eastAsia="Times New Roman" w:hAnsi="Calibri" w:cs="Calibri"/>
          <w:b/>
          <w:sz w:val="16"/>
          <w:szCs w:val="16"/>
          <w:lang w:val="ro-RO"/>
        </w:rPr>
        <w:t>G2024-79867/14.11.2024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</w:p>
    <w:tbl>
      <w:tblPr>
        <w:tblStyle w:val="Tabelgril1"/>
        <w:tblW w:w="5000" w:type="pct"/>
        <w:tblLook w:val="04A0" w:firstRow="1" w:lastRow="0" w:firstColumn="1" w:lastColumn="0" w:noHBand="0" w:noVBand="1"/>
      </w:tblPr>
      <w:tblGrid>
        <w:gridCol w:w="4859"/>
        <w:gridCol w:w="3771"/>
      </w:tblGrid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Aprobat,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Manager proiect,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Nicolae Livia-Marinela</w:t>
            </w:r>
          </w:p>
          <w:p w:rsidR="009D15D8" w:rsidRPr="009D15D8" w:rsidRDefault="009D15D8" w:rsidP="009D15D8">
            <w:pPr>
              <w:ind w:left="1476" w:hanging="1476"/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Întocmit,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Tutore practică,</w:t>
            </w:r>
          </w:p>
          <w:p w:rsidR="009D15D8" w:rsidRPr="009D15D8" w:rsidRDefault="00831D56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Avizat,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Coordonator profesori,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Pavel Anca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</w:tbl>
    <w:p w:rsidR="009D15D8" w:rsidRDefault="009D15D8" w:rsidP="009D15D8">
      <w:pPr>
        <w:pStyle w:val="Heading1"/>
        <w:spacing w:line="240" w:lineRule="auto"/>
        <w:rPr>
          <w:rFonts w:ascii="Times New Roman" w:hAnsi="Times New Roman" w:cs="Times New Roman"/>
          <w:b w:val="0"/>
          <w:color w:val="000000" w:themeColor="text1"/>
          <w:szCs w:val="24"/>
        </w:rPr>
      </w:pPr>
    </w:p>
    <w:p w:rsidR="00240A61" w:rsidRDefault="00501ED9" w:rsidP="006F33BD">
      <w:pPr>
        <w:pStyle w:val="Title"/>
        <w:jc w:val="center"/>
        <w:rPr>
          <w:b/>
        </w:rPr>
      </w:pPr>
      <w:proofErr w:type="spellStart"/>
      <w:r w:rsidRPr="009D15D8">
        <w:t>Fișă</w:t>
      </w:r>
      <w:proofErr w:type="spellEnd"/>
      <w:r w:rsidRPr="009D15D8">
        <w:t xml:space="preserve"> de </w:t>
      </w:r>
      <w:proofErr w:type="spellStart"/>
      <w:r w:rsidRPr="009D15D8">
        <w:t>documentare</w:t>
      </w:r>
      <w:proofErr w:type="spellEnd"/>
    </w:p>
    <w:p w:rsidR="005A4E46" w:rsidRDefault="005A4E46" w:rsidP="00CB556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proofErr w:type="spellStart"/>
      <w:r w:rsidRPr="005A4E46">
        <w:rPr>
          <w:rFonts w:ascii="Times New Roman" w:eastAsia="Times New Roman" w:hAnsi="Times New Roman" w:cs="Times New Roman"/>
          <w:b/>
          <w:bCs/>
          <w:sz w:val="32"/>
          <w:szCs w:val="32"/>
        </w:rPr>
        <w:t>Determinarea</w:t>
      </w:r>
      <w:proofErr w:type="spellEnd"/>
      <w:r w:rsidRPr="005A4E4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A4E46">
        <w:rPr>
          <w:rFonts w:ascii="Times New Roman" w:eastAsia="Times New Roman" w:hAnsi="Times New Roman" w:cs="Times New Roman"/>
          <w:b/>
          <w:bCs/>
          <w:sz w:val="32"/>
          <w:szCs w:val="32"/>
        </w:rPr>
        <w:t>însușirilor</w:t>
      </w:r>
      <w:proofErr w:type="spellEnd"/>
      <w:r w:rsidRPr="005A4E4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5A4E46">
        <w:rPr>
          <w:rFonts w:ascii="Times New Roman" w:eastAsia="Times New Roman" w:hAnsi="Times New Roman" w:cs="Times New Roman"/>
          <w:b/>
          <w:bCs/>
          <w:sz w:val="32"/>
          <w:szCs w:val="32"/>
        </w:rPr>
        <w:t>senzoriale</w:t>
      </w:r>
      <w:proofErr w:type="spellEnd"/>
      <w:r w:rsidRPr="005A4E46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ale </w:t>
      </w:r>
      <w:proofErr w:type="spellStart"/>
      <w:r w:rsidRPr="005A4E46">
        <w:rPr>
          <w:rFonts w:ascii="Times New Roman" w:eastAsia="Times New Roman" w:hAnsi="Times New Roman" w:cs="Times New Roman"/>
          <w:b/>
          <w:bCs/>
          <w:sz w:val="32"/>
          <w:szCs w:val="32"/>
        </w:rPr>
        <w:t>semifabricatelor</w:t>
      </w:r>
      <w:bookmarkStart w:id="0" w:name="_GoBack"/>
      <w:bookmarkEnd w:id="0"/>
      <w:proofErr w:type="spellEnd"/>
    </w:p>
    <w:p w:rsidR="005A4E46" w:rsidRPr="005A4E46" w:rsidRDefault="005A4E46" w:rsidP="005A4E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5A4E46">
        <w:rPr>
          <w:rFonts w:ascii="Times New Roman" w:eastAsia="Times New Roman" w:hAnsi="Times New Roman" w:cs="Times New Roman"/>
          <w:b/>
          <w:bCs/>
          <w:sz w:val="27"/>
          <w:szCs w:val="27"/>
        </w:rPr>
        <w:t>Semifabricate</w:t>
      </w:r>
      <w:proofErr w:type="spellEnd"/>
      <w:r w:rsidRPr="005A4E4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5A4E46">
        <w:rPr>
          <w:rFonts w:ascii="Times New Roman" w:eastAsia="Times New Roman" w:hAnsi="Times New Roman" w:cs="Times New Roman"/>
          <w:b/>
          <w:bCs/>
          <w:sz w:val="27"/>
          <w:szCs w:val="27"/>
        </w:rPr>
        <w:t>analizate</w:t>
      </w:r>
      <w:proofErr w:type="spellEnd"/>
    </w:p>
    <w:p w:rsidR="005A4E46" w:rsidRPr="005A4E46" w:rsidRDefault="005A4E46" w:rsidP="005A4E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E46"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proofErr w:type="spellStart"/>
      <w:proofErr w:type="gramStart"/>
      <w:r w:rsidRPr="005A4E46">
        <w:rPr>
          <w:rFonts w:ascii="Times New Roman" w:eastAsia="Times New Roman" w:hAnsi="Times New Roman" w:cs="Times New Roman"/>
          <w:sz w:val="24"/>
          <w:szCs w:val="24"/>
        </w:rPr>
        <w:t>prospătură</w:t>
      </w:r>
      <w:proofErr w:type="spellEnd"/>
      <w:proofErr w:type="gramEnd"/>
      <w:r w:rsidRPr="005A4E46">
        <w:rPr>
          <w:rFonts w:ascii="Times New Roman" w:eastAsia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5A4E46">
        <w:rPr>
          <w:rFonts w:ascii="Times New Roman" w:eastAsia="Times New Roman" w:hAnsi="Times New Roman" w:cs="Times New Roman"/>
          <w:sz w:val="24"/>
          <w:szCs w:val="24"/>
        </w:rPr>
        <w:t>maia</w:t>
      </w:r>
      <w:proofErr w:type="spellEnd"/>
      <w:r w:rsidRPr="005A4E46">
        <w:rPr>
          <w:rFonts w:ascii="Times New Roman" w:eastAsia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5A4E46">
        <w:rPr>
          <w:rFonts w:ascii="Times New Roman" w:eastAsia="Times New Roman" w:hAnsi="Times New Roman" w:cs="Times New Roman"/>
          <w:sz w:val="24"/>
          <w:szCs w:val="24"/>
        </w:rPr>
        <w:t>aluat</w:t>
      </w:r>
      <w:proofErr w:type="spellEnd"/>
      <w:r w:rsidRPr="005A4E46">
        <w:rPr>
          <w:rFonts w:ascii="Times New Roman" w:eastAsia="Times New Roman" w:hAnsi="Times New Roman" w:cs="Times New Roman"/>
          <w:sz w:val="24"/>
          <w:szCs w:val="24"/>
        </w:rPr>
        <w:br/>
        <w:t xml:space="preserve">• </w:t>
      </w:r>
      <w:proofErr w:type="spellStart"/>
      <w:r w:rsidRPr="005A4E46">
        <w:rPr>
          <w:rFonts w:ascii="Times New Roman" w:eastAsia="Times New Roman" w:hAnsi="Times New Roman" w:cs="Times New Roman"/>
          <w:sz w:val="24"/>
          <w:szCs w:val="24"/>
        </w:rPr>
        <w:t>bucăți</w:t>
      </w:r>
      <w:proofErr w:type="spellEnd"/>
      <w:r w:rsidRPr="005A4E4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A4E46">
        <w:rPr>
          <w:rFonts w:ascii="Times New Roman" w:eastAsia="Times New Roman" w:hAnsi="Times New Roman" w:cs="Times New Roman"/>
          <w:sz w:val="24"/>
          <w:szCs w:val="24"/>
        </w:rPr>
        <w:t>aluat</w:t>
      </w:r>
      <w:proofErr w:type="spellEnd"/>
    </w:p>
    <w:tbl>
      <w:tblPr>
        <w:tblStyle w:val="Tabelgril1"/>
        <w:tblW w:w="0" w:type="auto"/>
        <w:tblLook w:val="04A0" w:firstRow="1" w:lastRow="0" w:firstColumn="1" w:lastColumn="0" w:noHBand="0" w:noVBand="1"/>
      </w:tblPr>
      <w:tblGrid>
        <w:gridCol w:w="1588"/>
        <w:gridCol w:w="1185"/>
        <w:gridCol w:w="1471"/>
        <w:gridCol w:w="1577"/>
        <w:gridCol w:w="1355"/>
        <w:gridCol w:w="1454"/>
      </w:tblGrid>
      <w:tr w:rsidR="000C5FF9" w:rsidRPr="000C5FF9" w:rsidTr="00CB5565">
        <w:tc>
          <w:tcPr>
            <w:tcW w:w="0" w:type="auto"/>
            <w:hideMark/>
          </w:tcPr>
          <w:p w:rsidR="000C5FF9" w:rsidRPr="000C5FF9" w:rsidRDefault="000C5FF9" w:rsidP="000C5F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Semifabricat</w:t>
            </w:r>
            <w:proofErr w:type="spellEnd"/>
          </w:p>
        </w:tc>
        <w:tc>
          <w:tcPr>
            <w:tcW w:w="0" w:type="auto"/>
            <w:hideMark/>
          </w:tcPr>
          <w:p w:rsidR="000C5FF9" w:rsidRPr="000C5FF9" w:rsidRDefault="000C5FF9" w:rsidP="000C5F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Culoare</w:t>
            </w:r>
            <w:proofErr w:type="spellEnd"/>
          </w:p>
        </w:tc>
        <w:tc>
          <w:tcPr>
            <w:tcW w:w="0" w:type="auto"/>
            <w:hideMark/>
          </w:tcPr>
          <w:p w:rsidR="000C5FF9" w:rsidRPr="000C5FF9" w:rsidRDefault="000C5FF9" w:rsidP="000C5F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Miros</w:t>
            </w:r>
            <w:proofErr w:type="spellEnd"/>
          </w:p>
        </w:tc>
        <w:tc>
          <w:tcPr>
            <w:tcW w:w="0" w:type="auto"/>
            <w:hideMark/>
          </w:tcPr>
          <w:p w:rsidR="000C5FF9" w:rsidRPr="000C5FF9" w:rsidRDefault="000C5FF9" w:rsidP="000C5F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Textură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 /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consistență</w:t>
            </w:r>
            <w:proofErr w:type="spellEnd"/>
          </w:p>
        </w:tc>
        <w:tc>
          <w:tcPr>
            <w:tcW w:w="0" w:type="auto"/>
            <w:hideMark/>
          </w:tcPr>
          <w:p w:rsidR="000C5FF9" w:rsidRPr="000C5FF9" w:rsidRDefault="000C5FF9" w:rsidP="000C5F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Aspect</w:t>
            </w:r>
          </w:p>
        </w:tc>
        <w:tc>
          <w:tcPr>
            <w:tcW w:w="0" w:type="auto"/>
            <w:hideMark/>
          </w:tcPr>
          <w:p w:rsidR="000C5FF9" w:rsidRPr="000C5FF9" w:rsidRDefault="000C5FF9" w:rsidP="000C5F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Observații</w:t>
            </w:r>
            <w:proofErr w:type="spellEnd"/>
          </w:p>
        </w:tc>
      </w:tr>
      <w:tr w:rsidR="000C5FF9" w:rsidRPr="000C5FF9" w:rsidTr="00CB5565">
        <w:tc>
          <w:tcPr>
            <w:tcW w:w="0" w:type="auto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Prospătură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alb-gălbuie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ușor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fermentativ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elastică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omogenă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fără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cocoloașe</w:t>
            </w:r>
            <w:proofErr w:type="spellEnd"/>
          </w:p>
        </w:tc>
      </w:tr>
      <w:tr w:rsidR="000C5FF9" w:rsidRPr="000C5FF9" w:rsidTr="00CB5565">
        <w:tc>
          <w:tcPr>
            <w:tcW w:w="0" w:type="auto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Maia</w:t>
            </w:r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crem-gălbuie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fermentativ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plăcut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aerată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volum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crescut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poros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fermentație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activă</w:t>
            </w:r>
            <w:proofErr w:type="spellEnd"/>
          </w:p>
        </w:tc>
      </w:tr>
      <w:tr w:rsidR="000C5FF9" w:rsidRPr="000C5FF9" w:rsidTr="00CB5565">
        <w:tc>
          <w:tcPr>
            <w:tcW w:w="0" w:type="auto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Aluat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uniformă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plăcut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fermentativ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elastică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suprafață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netedă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bine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frământat</w:t>
            </w:r>
            <w:proofErr w:type="spellEnd"/>
          </w:p>
        </w:tc>
      </w:tr>
      <w:tr w:rsidR="000C5FF9" w:rsidRPr="000C5FF9" w:rsidTr="00CB5565">
        <w:tc>
          <w:tcPr>
            <w:tcW w:w="0" w:type="auto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Bucăți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aluat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uniformă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slab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fermentativ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elastică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formă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regulată</w:t>
            </w:r>
            <w:proofErr w:type="spellEnd"/>
          </w:p>
        </w:tc>
        <w:tc>
          <w:tcPr>
            <w:tcW w:w="0" w:type="auto"/>
            <w:shd w:val="clear" w:color="auto" w:fill="C6D9F1" w:themeFill="text2" w:themeFillTint="33"/>
            <w:hideMark/>
          </w:tcPr>
          <w:p w:rsidR="000C5FF9" w:rsidRPr="000C5FF9" w:rsidRDefault="000C5FF9" w:rsidP="000C5F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masă</w:t>
            </w:r>
            <w:proofErr w:type="spellEnd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5FF9">
              <w:rPr>
                <w:rFonts w:ascii="Times New Roman" w:eastAsia="Times New Roman" w:hAnsi="Times New Roman" w:cs="Times New Roman"/>
                <w:sz w:val="24"/>
                <w:szCs w:val="24"/>
              </w:rPr>
              <w:t>egală</w:t>
            </w:r>
            <w:proofErr w:type="spellEnd"/>
          </w:p>
        </w:tc>
      </w:tr>
    </w:tbl>
    <w:p w:rsidR="005A4E46" w:rsidRDefault="005A4E46" w:rsidP="00CB55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sectPr w:rsidR="005A4E46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F08" w:rsidRDefault="008E3F08" w:rsidP="00300900">
      <w:pPr>
        <w:spacing w:after="0" w:line="240" w:lineRule="auto"/>
      </w:pPr>
      <w:r>
        <w:separator/>
      </w:r>
    </w:p>
  </w:endnote>
  <w:endnote w:type="continuationSeparator" w:id="0">
    <w:p w:rsidR="008E3F08" w:rsidRDefault="008E3F08" w:rsidP="00300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02900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26E5" w:rsidRDefault="004926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55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26E5" w:rsidRDefault="004926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F08" w:rsidRDefault="008E3F08" w:rsidP="00300900">
      <w:pPr>
        <w:spacing w:after="0" w:line="240" w:lineRule="auto"/>
      </w:pPr>
      <w:r>
        <w:separator/>
      </w:r>
    </w:p>
  </w:footnote>
  <w:footnote w:type="continuationSeparator" w:id="0">
    <w:p w:rsidR="008E3F08" w:rsidRDefault="008E3F08" w:rsidP="00300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5D8" w:rsidRDefault="009D15D8">
    <w:pPr>
      <w:pStyle w:val="Header"/>
    </w:pPr>
    <w:r w:rsidRPr="009D15D8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064D2214" wp14:editId="58210E2A">
          <wp:simplePos x="0" y="0"/>
          <wp:positionH relativeFrom="margin">
            <wp:posOffset>4495800</wp:posOffset>
          </wp:positionH>
          <wp:positionV relativeFrom="paragraph">
            <wp:posOffset>-323850</wp:posOffset>
          </wp:positionV>
          <wp:extent cx="991235" cy="971550"/>
          <wp:effectExtent l="0" t="0" r="0" b="0"/>
          <wp:wrapNone/>
          <wp:docPr id="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31D56">
      <w:rPr>
        <w:noProof/>
      </w:rPr>
      <w:drawing>
        <wp:inline distT="0" distB="0" distL="0" distR="0" wp14:anchorId="5CACEEA9" wp14:editId="714CAE8C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4pt;height:11.4pt" o:bullet="t">
        <v:imagedata r:id="rId1" o:title="msoC3D4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F20EE"/>
    <w:multiLevelType w:val="hybridMultilevel"/>
    <w:tmpl w:val="E45643B2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8DA3D4B"/>
    <w:multiLevelType w:val="multilevel"/>
    <w:tmpl w:val="2FCC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E45654"/>
    <w:multiLevelType w:val="multilevel"/>
    <w:tmpl w:val="14AA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C8535F"/>
    <w:multiLevelType w:val="multilevel"/>
    <w:tmpl w:val="4DD6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2777C8"/>
    <w:multiLevelType w:val="multilevel"/>
    <w:tmpl w:val="EA80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177CB8"/>
    <w:multiLevelType w:val="hybridMultilevel"/>
    <w:tmpl w:val="E124E38C"/>
    <w:lvl w:ilvl="0" w:tplc="0418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3826256"/>
    <w:multiLevelType w:val="multilevel"/>
    <w:tmpl w:val="6E62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FF13C9"/>
    <w:multiLevelType w:val="multilevel"/>
    <w:tmpl w:val="7E80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15642B"/>
    <w:multiLevelType w:val="multilevel"/>
    <w:tmpl w:val="4338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471432"/>
    <w:multiLevelType w:val="multilevel"/>
    <w:tmpl w:val="D84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2F77A3"/>
    <w:multiLevelType w:val="hybridMultilevel"/>
    <w:tmpl w:val="0512F892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6E3C49"/>
    <w:multiLevelType w:val="multilevel"/>
    <w:tmpl w:val="E190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F325A6"/>
    <w:multiLevelType w:val="multilevel"/>
    <w:tmpl w:val="185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5C452E"/>
    <w:multiLevelType w:val="multilevel"/>
    <w:tmpl w:val="681E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A36C81"/>
    <w:multiLevelType w:val="multilevel"/>
    <w:tmpl w:val="A8A6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9"/>
  </w:num>
  <w:num w:numId="12">
    <w:abstractNumId w:val="14"/>
  </w:num>
  <w:num w:numId="13">
    <w:abstractNumId w:val="21"/>
  </w:num>
  <w:num w:numId="14">
    <w:abstractNumId w:val="22"/>
  </w:num>
  <w:num w:numId="15">
    <w:abstractNumId w:val="11"/>
  </w:num>
  <w:num w:numId="16">
    <w:abstractNumId w:val="16"/>
  </w:num>
  <w:num w:numId="17">
    <w:abstractNumId w:val="13"/>
  </w:num>
  <w:num w:numId="18">
    <w:abstractNumId w:val="18"/>
  </w:num>
  <w:num w:numId="19">
    <w:abstractNumId w:val="12"/>
  </w:num>
  <w:num w:numId="20">
    <w:abstractNumId w:val="23"/>
  </w:num>
  <w:num w:numId="21">
    <w:abstractNumId w:val="17"/>
  </w:num>
  <w:num w:numId="22">
    <w:abstractNumId w:val="20"/>
  </w:num>
  <w:num w:numId="23">
    <w:abstractNumId w:val="1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5D4A"/>
    <w:rsid w:val="0006063C"/>
    <w:rsid w:val="000C5FF9"/>
    <w:rsid w:val="000C7E52"/>
    <w:rsid w:val="0015074B"/>
    <w:rsid w:val="001F05FC"/>
    <w:rsid w:val="0022116F"/>
    <w:rsid w:val="00240A61"/>
    <w:rsid w:val="0029639D"/>
    <w:rsid w:val="002D7EC8"/>
    <w:rsid w:val="00300900"/>
    <w:rsid w:val="00326F90"/>
    <w:rsid w:val="004926E5"/>
    <w:rsid w:val="00493F90"/>
    <w:rsid w:val="004C3F45"/>
    <w:rsid w:val="00501ED9"/>
    <w:rsid w:val="00523F4F"/>
    <w:rsid w:val="00573C15"/>
    <w:rsid w:val="005A07C8"/>
    <w:rsid w:val="005A4E46"/>
    <w:rsid w:val="005F7A49"/>
    <w:rsid w:val="006A477D"/>
    <w:rsid w:val="006F33BD"/>
    <w:rsid w:val="007B2D05"/>
    <w:rsid w:val="00831D56"/>
    <w:rsid w:val="008762B1"/>
    <w:rsid w:val="008E3F08"/>
    <w:rsid w:val="009B22B9"/>
    <w:rsid w:val="009D15D8"/>
    <w:rsid w:val="00A726BE"/>
    <w:rsid w:val="00AA1D8D"/>
    <w:rsid w:val="00B038D5"/>
    <w:rsid w:val="00B47730"/>
    <w:rsid w:val="00B62EEF"/>
    <w:rsid w:val="00C3163D"/>
    <w:rsid w:val="00C56019"/>
    <w:rsid w:val="00C61920"/>
    <w:rsid w:val="00C66C30"/>
    <w:rsid w:val="00C91BE2"/>
    <w:rsid w:val="00CB0664"/>
    <w:rsid w:val="00CB5565"/>
    <w:rsid w:val="00DD19EC"/>
    <w:rsid w:val="00E22850"/>
    <w:rsid w:val="00E668A6"/>
    <w:rsid w:val="00F668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C2468AF8-5729-47E2-AAB2-755B3981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gril1">
    <w:name w:val="Tabel grilă1"/>
    <w:basedOn w:val="TableNormal"/>
    <w:next w:val="TableGrid"/>
    <w:uiPriority w:val="39"/>
    <w:rsid w:val="009D15D8"/>
    <w:pPr>
      <w:spacing w:after="0" w:line="240" w:lineRule="auto"/>
    </w:pPr>
    <w:rPr>
      <w:rFonts w:eastAsia="Calibri"/>
      <w:kern w:val="2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445CB6-056C-40ED-A702-02154869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1588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15</cp:revision>
  <dcterms:created xsi:type="dcterms:W3CDTF">2025-05-26T10:36:00Z</dcterms:created>
  <dcterms:modified xsi:type="dcterms:W3CDTF">2026-03-23T09:59:00Z</dcterms:modified>
  <cp:category/>
</cp:coreProperties>
</file>